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C8801" w14:textId="77777777" w:rsidR="00F442BA" w:rsidRDefault="00F442BA" w:rsidP="009A6FA7">
      <w:pPr>
        <w:pStyle w:val="Heading1"/>
        <w:spacing w:before="0" w:line="240" w:lineRule="auto"/>
        <w:rPr>
          <w:rFonts w:ascii="Bahnschrift" w:hAnsi="Bahnschrift"/>
          <w:color w:val="auto"/>
          <w:sz w:val="22"/>
          <w:szCs w:val="22"/>
          <w:lang w:val="nl-NL"/>
        </w:rPr>
      </w:pPr>
      <w:r w:rsidRPr="00F442BA">
        <w:rPr>
          <w:rFonts w:ascii="Bahnschrift" w:hAnsi="Bahnschrift"/>
          <w:b w:val="0"/>
          <w:color w:val="FF0000"/>
          <w:sz w:val="22"/>
          <w:szCs w:val="22"/>
          <w:u w:val="single"/>
          <w:lang w:val="nl-NL"/>
        </w:rPr>
        <w:t xml:space="preserve">Start </w:t>
      </w:r>
      <w:r w:rsidR="009A6FA7" w:rsidRPr="00F442BA">
        <w:rPr>
          <w:rFonts w:ascii="Bahnschrift" w:hAnsi="Bahnschrift"/>
          <w:b w:val="0"/>
          <w:color w:val="FF0000"/>
          <w:sz w:val="22"/>
          <w:szCs w:val="22"/>
          <w:u w:val="single"/>
          <w:lang w:val="nl-NL"/>
        </w:rPr>
        <w:t xml:space="preserve">Bijlage 0 </w:t>
      </w:r>
      <w:r w:rsidR="002C42F8" w:rsidRPr="00F442BA">
        <w:rPr>
          <w:rFonts w:ascii="Bahnschrift" w:hAnsi="Bahnschrift"/>
          <w:b w:val="0"/>
          <w:color w:val="FF0000"/>
          <w:sz w:val="22"/>
          <w:szCs w:val="22"/>
          <w:u w:val="single"/>
          <w:lang w:val="nl-NL"/>
        </w:rPr>
        <w:t>Lesplan</w:t>
      </w:r>
      <w:r w:rsidR="002C42F8" w:rsidRPr="00F442BA">
        <w:rPr>
          <w:rFonts w:ascii="Bahnschrift" w:hAnsi="Bahnschrift"/>
          <w:color w:val="FF0000"/>
          <w:sz w:val="22"/>
          <w:szCs w:val="22"/>
          <w:lang w:val="nl-NL"/>
        </w:rPr>
        <w:t xml:space="preserve">: </w:t>
      </w:r>
      <w:r w:rsidRPr="00F442BA">
        <w:rPr>
          <w:rFonts w:ascii="Bahnschrift" w:hAnsi="Bahnschrift"/>
          <w:color w:val="auto"/>
          <w:sz w:val="22"/>
          <w:szCs w:val="22"/>
          <w:lang w:val="nl-NL"/>
        </w:rPr>
        <w:t xml:space="preserve">Les 2 </w:t>
      </w:r>
      <w:r w:rsidR="002C42F8" w:rsidRPr="009A6FA7">
        <w:rPr>
          <w:rFonts w:ascii="Bahnschrift" w:hAnsi="Bahnschrift"/>
          <w:color w:val="auto"/>
          <w:sz w:val="22"/>
          <w:szCs w:val="22"/>
          <w:lang w:val="nl-NL"/>
        </w:rPr>
        <w:t>Jouw Hoodie – Invloed over de Gouden Loper</w:t>
      </w:r>
    </w:p>
    <w:p w14:paraId="3D2A929D" w14:textId="77777777" w:rsidR="00221B7D" w:rsidRPr="00F442BA" w:rsidRDefault="002C42F8" w:rsidP="009A6FA7">
      <w:pPr>
        <w:pStyle w:val="Heading1"/>
        <w:spacing w:before="0" w:line="240" w:lineRule="auto"/>
        <w:rPr>
          <w:rFonts w:ascii="Bahnschrift" w:hAnsi="Bahnschrift"/>
          <w:color w:val="auto"/>
          <w:sz w:val="22"/>
          <w:szCs w:val="22"/>
          <w:lang w:val="nl-NL"/>
        </w:rPr>
      </w:pPr>
      <w:r w:rsidRPr="009A6FA7">
        <w:rPr>
          <w:rFonts w:ascii="Bahnschrift" w:hAnsi="Bahnschrift"/>
          <w:b w:val="0"/>
          <w:color w:val="auto"/>
          <w:sz w:val="22"/>
          <w:szCs w:val="22"/>
          <w:lang w:val="nl-NL"/>
        </w:rPr>
        <w:t>.</w:t>
      </w:r>
    </w:p>
    <w:tbl>
      <w:tblPr>
        <w:tblW w:w="10349" w:type="dxa"/>
        <w:tblInd w:w="-856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dotDash" w:sz="4" w:space="0" w:color="auto"/>
          <w:insideV w:val="dotDash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709"/>
        <w:gridCol w:w="1842"/>
        <w:gridCol w:w="1560"/>
        <w:gridCol w:w="2409"/>
        <w:gridCol w:w="2127"/>
      </w:tblGrid>
      <w:tr w:rsidR="009A6FA7" w:rsidRPr="009A6FA7" w14:paraId="524FD84D" w14:textId="77777777" w:rsidTr="00F33F21">
        <w:tc>
          <w:tcPr>
            <w:tcW w:w="1702" w:type="dxa"/>
          </w:tcPr>
          <w:p w14:paraId="25475B71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</w:rPr>
            </w:pPr>
            <w:proofErr w:type="spellStart"/>
            <w:r w:rsidRPr="009A6FA7">
              <w:rPr>
                <w:rFonts w:ascii="Bahnschrift" w:hAnsi="Bahnschrift"/>
              </w:rPr>
              <w:t>Fase</w:t>
            </w:r>
            <w:proofErr w:type="spellEnd"/>
          </w:p>
        </w:tc>
        <w:tc>
          <w:tcPr>
            <w:tcW w:w="709" w:type="dxa"/>
          </w:tcPr>
          <w:p w14:paraId="3D8BBFB0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</w:rPr>
            </w:pPr>
            <w:r w:rsidRPr="009A6FA7">
              <w:rPr>
                <w:rFonts w:ascii="Bahnschrift" w:hAnsi="Bahnschrift"/>
              </w:rPr>
              <w:t>Tijd</w:t>
            </w:r>
          </w:p>
        </w:tc>
        <w:tc>
          <w:tcPr>
            <w:tcW w:w="1842" w:type="dxa"/>
          </w:tcPr>
          <w:p w14:paraId="3545A146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</w:rPr>
            </w:pPr>
            <w:r w:rsidRPr="009A6FA7">
              <w:rPr>
                <w:rFonts w:ascii="Bahnschrift" w:hAnsi="Bahnschrift"/>
              </w:rPr>
              <w:t>Doel</w:t>
            </w:r>
          </w:p>
        </w:tc>
        <w:tc>
          <w:tcPr>
            <w:tcW w:w="1560" w:type="dxa"/>
          </w:tcPr>
          <w:p w14:paraId="4B48C834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</w:rPr>
            </w:pPr>
            <w:r w:rsidRPr="009A6FA7">
              <w:rPr>
                <w:rFonts w:ascii="Bahnschrift" w:hAnsi="Bahnschrift"/>
              </w:rPr>
              <w:t>Activiteit</w:t>
            </w:r>
          </w:p>
        </w:tc>
        <w:tc>
          <w:tcPr>
            <w:tcW w:w="2409" w:type="dxa"/>
          </w:tcPr>
          <w:p w14:paraId="4235618F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</w:rPr>
            </w:pPr>
            <w:r w:rsidRPr="009A6FA7">
              <w:rPr>
                <w:rFonts w:ascii="Bahnschrift" w:hAnsi="Bahnschrift"/>
              </w:rPr>
              <w:t>Docentinstructie</w:t>
            </w:r>
          </w:p>
        </w:tc>
        <w:tc>
          <w:tcPr>
            <w:tcW w:w="2127" w:type="dxa"/>
          </w:tcPr>
          <w:p w14:paraId="14EC8FA8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</w:rPr>
            </w:pPr>
            <w:proofErr w:type="spellStart"/>
            <w:r w:rsidRPr="009A6FA7">
              <w:rPr>
                <w:rFonts w:ascii="Bahnschrift" w:hAnsi="Bahnschrift"/>
              </w:rPr>
              <w:t>Bijlagen</w:t>
            </w:r>
            <w:proofErr w:type="spellEnd"/>
            <w:r w:rsidRPr="009A6FA7">
              <w:rPr>
                <w:rFonts w:ascii="Bahnschrift" w:hAnsi="Bahnschrift"/>
              </w:rPr>
              <w:t xml:space="preserve"> / </w:t>
            </w:r>
            <w:proofErr w:type="spellStart"/>
            <w:r w:rsidRPr="009A6FA7">
              <w:rPr>
                <w:rFonts w:ascii="Bahnschrift" w:hAnsi="Bahnschrift"/>
              </w:rPr>
              <w:t>Werkbladen</w:t>
            </w:r>
            <w:proofErr w:type="spellEnd"/>
            <w:r w:rsidR="00680F7F">
              <w:rPr>
                <w:rFonts w:ascii="Bahnschrift" w:hAnsi="Bahnschrift"/>
              </w:rPr>
              <w:t xml:space="preserve">/ </w:t>
            </w:r>
            <w:proofErr w:type="spellStart"/>
            <w:r w:rsidR="00680F7F">
              <w:rPr>
                <w:rFonts w:ascii="Bahnschrift" w:hAnsi="Bahnschrift"/>
              </w:rPr>
              <w:t>nodig</w:t>
            </w:r>
            <w:proofErr w:type="spellEnd"/>
          </w:p>
        </w:tc>
      </w:tr>
      <w:tr w:rsidR="009A6FA7" w:rsidRPr="009A6FA7" w14:paraId="13B29FE5" w14:textId="77777777" w:rsidTr="00F33F21">
        <w:tc>
          <w:tcPr>
            <w:tcW w:w="1702" w:type="dxa"/>
          </w:tcPr>
          <w:p w14:paraId="5C29EB9F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</w:rPr>
            </w:pPr>
            <w:r w:rsidRPr="009A6FA7">
              <w:rPr>
                <w:rFonts w:ascii="Bahnschrift" w:hAnsi="Bahnschrift"/>
              </w:rPr>
              <w:t>Introductie: De Gouden Loper</w:t>
            </w:r>
          </w:p>
        </w:tc>
        <w:tc>
          <w:tcPr>
            <w:tcW w:w="709" w:type="dxa"/>
          </w:tcPr>
          <w:p w14:paraId="4F4110F2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</w:rPr>
            </w:pPr>
            <w:r w:rsidRPr="009A6FA7">
              <w:rPr>
                <w:rFonts w:ascii="Bahnschrift" w:hAnsi="Bahnschrift"/>
              </w:rPr>
              <w:t>10 min</w:t>
            </w:r>
          </w:p>
        </w:tc>
        <w:tc>
          <w:tcPr>
            <w:tcW w:w="1842" w:type="dxa"/>
          </w:tcPr>
          <w:p w14:paraId="0E33FA1F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  <w:lang w:val="nl-NL"/>
              </w:rPr>
            </w:pPr>
            <w:r w:rsidRPr="009A6FA7">
              <w:rPr>
                <w:rFonts w:ascii="Bahnschrift" w:hAnsi="Bahnschrift"/>
                <w:lang w:val="nl-NL"/>
              </w:rPr>
              <w:t>Leerlingen introduceren in de metafoor van invloed en toekomst</w:t>
            </w:r>
          </w:p>
        </w:tc>
        <w:tc>
          <w:tcPr>
            <w:tcW w:w="1560" w:type="dxa"/>
          </w:tcPr>
          <w:p w14:paraId="7B0F2171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  <w:lang w:val="nl-NL"/>
              </w:rPr>
            </w:pPr>
            <w:r w:rsidRPr="009A6FA7">
              <w:rPr>
                <w:rFonts w:ascii="Bahnschrift" w:hAnsi="Bahnschrift"/>
                <w:lang w:val="nl-NL"/>
              </w:rPr>
              <w:t>Leerlingen lopen symbolisch over de gouden loper naar hun plek</w:t>
            </w:r>
          </w:p>
        </w:tc>
        <w:tc>
          <w:tcPr>
            <w:tcW w:w="2409" w:type="dxa"/>
          </w:tcPr>
          <w:p w14:paraId="0E82F65F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  <w:lang w:val="nl-NL"/>
              </w:rPr>
            </w:pPr>
            <w:r w:rsidRPr="009A6FA7">
              <w:rPr>
                <w:rFonts w:ascii="Bahnschrift" w:hAnsi="Bahnschrift"/>
                <w:lang w:val="nl-NL"/>
              </w:rPr>
              <w:t>Introduceer de gouden loper als symbool voor de toekomst.</w:t>
            </w:r>
            <w:r w:rsidRPr="009A6FA7">
              <w:rPr>
                <w:rFonts w:ascii="Bahnschrift" w:hAnsi="Bahnschrift"/>
                <w:lang w:val="nl-NL"/>
              </w:rPr>
              <w:br/>
              <w:t xml:space="preserve">Leg </w:t>
            </w:r>
            <w:r w:rsidR="00F442BA">
              <w:rPr>
                <w:rFonts w:ascii="Bahnschrift" w:hAnsi="Bahnschrift"/>
                <w:lang w:val="nl-NL"/>
              </w:rPr>
              <w:t xml:space="preserve">de </w:t>
            </w:r>
            <w:r w:rsidRPr="009A6FA7">
              <w:rPr>
                <w:rFonts w:ascii="Bahnschrift" w:hAnsi="Bahnschrift"/>
                <w:lang w:val="nl-NL"/>
              </w:rPr>
              <w:t>metafoor hoodie/capuchon uit (invloed vs. betrokkenheid).</w:t>
            </w:r>
          </w:p>
        </w:tc>
        <w:tc>
          <w:tcPr>
            <w:tcW w:w="2127" w:type="dxa"/>
          </w:tcPr>
          <w:p w14:paraId="513259FA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  <w:lang w:val="nl-NL"/>
              </w:rPr>
            </w:pPr>
            <w:r w:rsidRPr="009A6FA7">
              <w:rPr>
                <w:rFonts w:ascii="Bahnschrift" w:hAnsi="Bahnschrift"/>
                <w:lang w:val="nl-NL"/>
              </w:rPr>
              <w:t>De Gouden Loper</w:t>
            </w:r>
            <w:r w:rsidR="00680F7F">
              <w:rPr>
                <w:rFonts w:ascii="Bahnschrift" w:hAnsi="Bahnschrift"/>
                <w:lang w:val="nl-NL"/>
              </w:rPr>
              <w:t xml:space="preserve"> </w:t>
            </w:r>
          </w:p>
        </w:tc>
      </w:tr>
      <w:tr w:rsidR="009A6FA7" w:rsidRPr="00697710" w14:paraId="2B29186E" w14:textId="77777777" w:rsidTr="00F33F21">
        <w:tc>
          <w:tcPr>
            <w:tcW w:w="1702" w:type="dxa"/>
          </w:tcPr>
          <w:p w14:paraId="46ACC006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</w:rPr>
            </w:pPr>
            <w:r w:rsidRPr="009A6FA7">
              <w:rPr>
                <w:rFonts w:ascii="Bahnschrift" w:hAnsi="Bahnschrift"/>
              </w:rPr>
              <w:t>Creatie: Hoodie van Invloed</w:t>
            </w:r>
          </w:p>
        </w:tc>
        <w:tc>
          <w:tcPr>
            <w:tcW w:w="709" w:type="dxa"/>
          </w:tcPr>
          <w:p w14:paraId="6C4F89FB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</w:rPr>
            </w:pPr>
            <w:r w:rsidRPr="009A6FA7">
              <w:rPr>
                <w:rFonts w:ascii="Bahnschrift" w:hAnsi="Bahnschrift"/>
              </w:rPr>
              <w:t>20 min</w:t>
            </w:r>
          </w:p>
        </w:tc>
        <w:tc>
          <w:tcPr>
            <w:tcW w:w="1842" w:type="dxa"/>
          </w:tcPr>
          <w:p w14:paraId="426D604A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  <w:lang w:val="nl-NL"/>
              </w:rPr>
            </w:pPr>
            <w:r w:rsidRPr="009A6FA7">
              <w:rPr>
                <w:rFonts w:ascii="Bahnschrift" w:hAnsi="Bahnschrift"/>
                <w:lang w:val="nl-NL"/>
              </w:rPr>
              <w:t>Leerlingen verbeelden hun kwaliteiten, ambities en toekomst</w:t>
            </w:r>
          </w:p>
        </w:tc>
        <w:tc>
          <w:tcPr>
            <w:tcW w:w="1560" w:type="dxa"/>
          </w:tcPr>
          <w:p w14:paraId="7913C554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  <w:lang w:val="nl-NL"/>
              </w:rPr>
            </w:pPr>
            <w:r w:rsidRPr="009A6FA7">
              <w:rPr>
                <w:rFonts w:ascii="Bahnschrift" w:hAnsi="Bahnschrift"/>
                <w:lang w:val="nl-NL"/>
              </w:rPr>
              <w:t xml:space="preserve">Leerlingen ontwerpen hun eigen hoodie </w:t>
            </w:r>
          </w:p>
        </w:tc>
        <w:tc>
          <w:tcPr>
            <w:tcW w:w="2409" w:type="dxa"/>
          </w:tcPr>
          <w:p w14:paraId="06862E8A" w14:textId="77777777" w:rsidR="00221B7D" w:rsidRPr="00F33F21" w:rsidRDefault="002C42F8" w:rsidP="009A6FA7">
            <w:pPr>
              <w:spacing w:line="240" w:lineRule="auto"/>
              <w:rPr>
                <w:rFonts w:ascii="Bahnschrift" w:hAnsi="Bahnschrift"/>
                <w:lang w:val="nl-NL"/>
              </w:rPr>
            </w:pPr>
            <w:r w:rsidRPr="009A6FA7">
              <w:rPr>
                <w:rFonts w:ascii="Bahnschrift" w:hAnsi="Bahnschrift"/>
                <w:lang w:val="nl-NL"/>
              </w:rPr>
              <w:t xml:space="preserve">Bespreek </w:t>
            </w:r>
            <w:r w:rsidR="00F442BA">
              <w:rPr>
                <w:rFonts w:ascii="Bahnschrift" w:hAnsi="Bahnschrift"/>
                <w:lang w:val="nl-NL"/>
              </w:rPr>
              <w:t xml:space="preserve">de </w:t>
            </w:r>
            <w:r w:rsidRPr="009A6FA7">
              <w:rPr>
                <w:rFonts w:ascii="Bahnschrift" w:hAnsi="Bahnschrift"/>
                <w:lang w:val="nl-NL"/>
              </w:rPr>
              <w:t>betekenis van voorzijde/achterzijde/mouwen/capuchon.</w:t>
            </w:r>
            <w:r w:rsidRPr="009A6FA7">
              <w:rPr>
                <w:rFonts w:ascii="Bahnschrift" w:hAnsi="Bahnschrift"/>
                <w:lang w:val="nl-NL"/>
              </w:rPr>
              <w:br/>
              <w:t xml:space="preserve">Stimuleer creatief en betekenisvol </w:t>
            </w:r>
            <w:r w:rsidR="00F442BA">
              <w:rPr>
                <w:rFonts w:ascii="Bahnschrift" w:hAnsi="Bahnschrift"/>
                <w:lang w:val="nl-NL"/>
              </w:rPr>
              <w:t>taalgebruik</w:t>
            </w:r>
            <w:r w:rsidRPr="009A6FA7">
              <w:rPr>
                <w:rFonts w:ascii="Bahnschrift" w:hAnsi="Bahnschrift"/>
                <w:lang w:val="nl-NL"/>
              </w:rPr>
              <w:t>.</w:t>
            </w:r>
            <w:r w:rsidRPr="009A6FA7">
              <w:rPr>
                <w:rFonts w:ascii="Bahnschrift" w:hAnsi="Bahnschrift"/>
                <w:lang w:val="nl-NL"/>
              </w:rPr>
              <w:br/>
            </w:r>
            <w:r w:rsidRPr="00F33F21">
              <w:rPr>
                <w:rFonts w:ascii="Bahnschrift" w:hAnsi="Bahnschrift"/>
                <w:lang w:val="nl-NL"/>
              </w:rPr>
              <w:t>Begeleid inhoudelijke keuzes.</w:t>
            </w:r>
          </w:p>
        </w:tc>
        <w:tc>
          <w:tcPr>
            <w:tcW w:w="2127" w:type="dxa"/>
          </w:tcPr>
          <w:p w14:paraId="64B423E5" w14:textId="77777777" w:rsidR="00F33F21" w:rsidRDefault="002C42F8" w:rsidP="00F33F21">
            <w:pPr>
              <w:spacing w:after="0" w:line="240" w:lineRule="auto"/>
              <w:rPr>
                <w:rFonts w:ascii="Bahnschrift" w:hAnsi="Bahnschrift"/>
                <w:lang w:val="nl-NL"/>
              </w:rPr>
            </w:pPr>
            <w:r w:rsidRPr="009A6FA7">
              <w:rPr>
                <w:rFonts w:ascii="Bahnschrift" w:hAnsi="Bahnschrift"/>
                <w:lang w:val="nl-NL"/>
              </w:rPr>
              <w:t>Werkblad 1: Hoodie-sjabloon</w:t>
            </w:r>
            <w:r w:rsidRPr="009A6FA7">
              <w:rPr>
                <w:rFonts w:ascii="Bahnschrift" w:hAnsi="Bahnschrift"/>
                <w:lang w:val="nl-NL"/>
              </w:rPr>
              <w:br/>
              <w:t xml:space="preserve">Werkblad 2: </w:t>
            </w:r>
            <w:r w:rsidR="007437F3">
              <w:rPr>
                <w:rFonts w:ascii="Bahnschrift" w:hAnsi="Bahnschrift"/>
                <w:lang w:val="nl-NL"/>
              </w:rPr>
              <w:t>Eigen ontwerp</w:t>
            </w:r>
          </w:p>
          <w:p w14:paraId="6DD1F822" w14:textId="77777777" w:rsidR="00F33F21" w:rsidRPr="009A6FA7" w:rsidRDefault="00F33F21" w:rsidP="009A6FA7">
            <w:pPr>
              <w:spacing w:line="240" w:lineRule="auto"/>
              <w:rPr>
                <w:rFonts w:ascii="Bahnschrift" w:hAnsi="Bahnschrift"/>
                <w:lang w:val="nl-NL"/>
              </w:rPr>
            </w:pPr>
          </w:p>
        </w:tc>
      </w:tr>
      <w:tr w:rsidR="009A6FA7" w:rsidRPr="009A6FA7" w14:paraId="33F68A2C" w14:textId="77777777" w:rsidTr="00F33F21">
        <w:tc>
          <w:tcPr>
            <w:tcW w:w="1702" w:type="dxa"/>
          </w:tcPr>
          <w:p w14:paraId="629AF2F9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  <w:lang w:val="nl-NL"/>
              </w:rPr>
            </w:pPr>
            <w:r w:rsidRPr="009A6FA7">
              <w:rPr>
                <w:rFonts w:ascii="Bahnschrift" w:hAnsi="Bahnschrift"/>
                <w:lang w:val="nl-NL"/>
              </w:rPr>
              <w:t>Presentatie: Over de Gouden Loper</w:t>
            </w:r>
          </w:p>
        </w:tc>
        <w:tc>
          <w:tcPr>
            <w:tcW w:w="709" w:type="dxa"/>
          </w:tcPr>
          <w:p w14:paraId="6D683171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</w:rPr>
            </w:pPr>
            <w:r w:rsidRPr="009A6FA7">
              <w:rPr>
                <w:rFonts w:ascii="Bahnschrift" w:hAnsi="Bahnschrift"/>
              </w:rPr>
              <w:t>20 min</w:t>
            </w:r>
          </w:p>
        </w:tc>
        <w:tc>
          <w:tcPr>
            <w:tcW w:w="1842" w:type="dxa"/>
          </w:tcPr>
          <w:p w14:paraId="513DA6F9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  <w:lang w:val="nl-NL"/>
              </w:rPr>
            </w:pPr>
            <w:r w:rsidRPr="009A6FA7">
              <w:rPr>
                <w:rFonts w:ascii="Bahnschrift" w:hAnsi="Bahnschrift"/>
                <w:lang w:val="nl-NL"/>
              </w:rPr>
              <w:t>Leerlingen presenteren hun hoodie en maken verbinding met hun toekomst</w:t>
            </w:r>
          </w:p>
        </w:tc>
        <w:tc>
          <w:tcPr>
            <w:tcW w:w="1560" w:type="dxa"/>
          </w:tcPr>
          <w:p w14:paraId="453B8017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  <w:lang w:val="nl-NL"/>
              </w:rPr>
            </w:pPr>
            <w:r w:rsidRPr="009A6FA7">
              <w:rPr>
                <w:rFonts w:ascii="Bahnschrift" w:hAnsi="Bahnschrift"/>
                <w:lang w:val="nl-NL"/>
              </w:rPr>
              <w:t xml:space="preserve">Leerlingen lopen opnieuw over de gouden loper en presenteren </w:t>
            </w:r>
            <w:r w:rsidR="00F33F21">
              <w:rPr>
                <w:rFonts w:ascii="Bahnschrift" w:hAnsi="Bahnschrift"/>
                <w:lang w:val="nl-NL"/>
              </w:rPr>
              <w:t>hun hoodie.</w:t>
            </w:r>
          </w:p>
        </w:tc>
        <w:tc>
          <w:tcPr>
            <w:tcW w:w="2409" w:type="dxa"/>
          </w:tcPr>
          <w:p w14:paraId="16ADBFD6" w14:textId="77777777" w:rsidR="00221B7D" w:rsidRPr="00F33F21" w:rsidRDefault="002C42F8" w:rsidP="009A6FA7">
            <w:pPr>
              <w:spacing w:line="240" w:lineRule="auto"/>
              <w:rPr>
                <w:rFonts w:ascii="Bahnschrift" w:hAnsi="Bahnschrift"/>
                <w:lang w:val="nl-NL"/>
              </w:rPr>
            </w:pPr>
            <w:r w:rsidRPr="009A6FA7">
              <w:rPr>
                <w:rFonts w:ascii="Bahnschrift" w:hAnsi="Bahnschrift"/>
                <w:lang w:val="nl-NL"/>
              </w:rPr>
              <w:t>Geef</w:t>
            </w:r>
            <w:r w:rsidR="00F33F21">
              <w:rPr>
                <w:rFonts w:ascii="Bahnschrift" w:hAnsi="Bahnschrift"/>
                <w:lang w:val="nl-NL"/>
              </w:rPr>
              <w:t xml:space="preserve"> </w:t>
            </w:r>
            <w:proofErr w:type="gramStart"/>
            <w:r w:rsidR="00F33F21">
              <w:rPr>
                <w:rFonts w:ascii="Bahnschrift" w:hAnsi="Bahnschrift"/>
                <w:lang w:val="nl-NL"/>
              </w:rPr>
              <w:t xml:space="preserve">instructies </w:t>
            </w:r>
            <w:r w:rsidRPr="009A6FA7">
              <w:rPr>
                <w:rFonts w:ascii="Bahnschrift" w:hAnsi="Bahnschrift"/>
                <w:lang w:val="nl-NL"/>
              </w:rPr>
              <w:t xml:space="preserve"> presentatie</w:t>
            </w:r>
            <w:proofErr w:type="gramEnd"/>
            <w:r w:rsidR="00F33F21">
              <w:rPr>
                <w:rFonts w:ascii="Bahnschrift" w:hAnsi="Bahnschrift"/>
                <w:lang w:val="nl-NL"/>
              </w:rPr>
              <w:t xml:space="preserve"> </w:t>
            </w:r>
            <w:r w:rsidRPr="009A6FA7">
              <w:rPr>
                <w:rFonts w:ascii="Bahnschrift" w:hAnsi="Bahnschrift"/>
                <w:lang w:val="nl-NL"/>
              </w:rPr>
              <w:br/>
              <w:t>Stel vragen per stap (sterke punten – ontwikkeling – toekomst – acties).</w:t>
            </w:r>
            <w:r w:rsidRPr="009A6FA7">
              <w:rPr>
                <w:rFonts w:ascii="Bahnschrift" w:hAnsi="Bahnschrift"/>
                <w:lang w:val="nl-NL"/>
              </w:rPr>
              <w:br/>
            </w:r>
            <w:r w:rsidRPr="00F33F21">
              <w:rPr>
                <w:rFonts w:ascii="Bahnschrift" w:hAnsi="Bahnschrift"/>
                <w:lang w:val="nl-NL"/>
              </w:rPr>
              <w:t>Stimuleer klasfeedback.</w:t>
            </w:r>
          </w:p>
        </w:tc>
        <w:tc>
          <w:tcPr>
            <w:tcW w:w="2127" w:type="dxa"/>
          </w:tcPr>
          <w:p w14:paraId="22A5212D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</w:rPr>
            </w:pPr>
            <w:r w:rsidRPr="009A6FA7">
              <w:rPr>
                <w:rFonts w:ascii="Bahnschrift" w:hAnsi="Bahnschrift"/>
              </w:rPr>
              <w:t xml:space="preserve"> </w:t>
            </w:r>
            <w:proofErr w:type="spellStart"/>
            <w:r w:rsidRPr="009A6FA7">
              <w:rPr>
                <w:rFonts w:ascii="Bahnschrift" w:hAnsi="Bahnschrift"/>
              </w:rPr>
              <w:t>Gouden</w:t>
            </w:r>
            <w:proofErr w:type="spellEnd"/>
            <w:r w:rsidRPr="009A6FA7">
              <w:rPr>
                <w:rFonts w:ascii="Bahnschrift" w:hAnsi="Bahnschrift"/>
              </w:rPr>
              <w:t xml:space="preserve"> </w:t>
            </w:r>
            <w:proofErr w:type="spellStart"/>
            <w:r w:rsidRPr="009A6FA7">
              <w:rPr>
                <w:rFonts w:ascii="Bahnschrift" w:hAnsi="Bahnschrift"/>
              </w:rPr>
              <w:t>Loper</w:t>
            </w:r>
            <w:proofErr w:type="spellEnd"/>
            <w:r w:rsidRPr="009A6FA7">
              <w:rPr>
                <w:rFonts w:ascii="Bahnschrift" w:hAnsi="Bahnschrift"/>
              </w:rPr>
              <w:t xml:space="preserve"> </w:t>
            </w:r>
          </w:p>
        </w:tc>
      </w:tr>
      <w:tr w:rsidR="009A6FA7" w:rsidRPr="00697710" w14:paraId="5A572354" w14:textId="77777777" w:rsidTr="00F33F21">
        <w:tc>
          <w:tcPr>
            <w:tcW w:w="1702" w:type="dxa"/>
          </w:tcPr>
          <w:p w14:paraId="141F9720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</w:rPr>
            </w:pPr>
            <w:r w:rsidRPr="009A6FA7">
              <w:rPr>
                <w:rFonts w:ascii="Bahnschrift" w:hAnsi="Bahnschrift"/>
              </w:rPr>
              <w:t>Reflectie &amp; Afronding</w:t>
            </w:r>
          </w:p>
        </w:tc>
        <w:tc>
          <w:tcPr>
            <w:tcW w:w="709" w:type="dxa"/>
          </w:tcPr>
          <w:p w14:paraId="1AF551A3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</w:rPr>
            </w:pPr>
            <w:r w:rsidRPr="009A6FA7">
              <w:rPr>
                <w:rFonts w:ascii="Bahnschrift" w:hAnsi="Bahnschrift"/>
              </w:rPr>
              <w:t>10 min</w:t>
            </w:r>
          </w:p>
        </w:tc>
        <w:tc>
          <w:tcPr>
            <w:tcW w:w="1842" w:type="dxa"/>
          </w:tcPr>
          <w:p w14:paraId="504997BB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  <w:lang w:val="nl-NL"/>
              </w:rPr>
            </w:pPr>
            <w:r w:rsidRPr="009A6FA7">
              <w:rPr>
                <w:rFonts w:ascii="Bahnschrift" w:hAnsi="Bahnschrift"/>
                <w:lang w:val="nl-NL"/>
              </w:rPr>
              <w:t>Leerlingen blikken terug en formuleren vervolgstappen</w:t>
            </w:r>
          </w:p>
        </w:tc>
        <w:tc>
          <w:tcPr>
            <w:tcW w:w="1560" w:type="dxa"/>
          </w:tcPr>
          <w:p w14:paraId="324EBFA5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  <w:lang w:val="nl-NL"/>
              </w:rPr>
            </w:pPr>
            <w:r w:rsidRPr="009A6FA7">
              <w:rPr>
                <w:rFonts w:ascii="Bahnschrift" w:hAnsi="Bahnschrift"/>
                <w:lang w:val="nl-NL"/>
              </w:rPr>
              <w:t>Leerlingen vullen zelfstandig een reflectie</w:t>
            </w:r>
            <w:r w:rsidR="00F33F21">
              <w:rPr>
                <w:rFonts w:ascii="Bahnschrift" w:hAnsi="Bahnschrift"/>
                <w:lang w:val="nl-NL"/>
              </w:rPr>
              <w:t>-</w:t>
            </w:r>
            <w:r w:rsidRPr="009A6FA7">
              <w:rPr>
                <w:rFonts w:ascii="Bahnschrift" w:hAnsi="Bahnschrift"/>
                <w:lang w:val="nl-NL"/>
              </w:rPr>
              <w:t>formulier</w:t>
            </w:r>
            <w:r w:rsidR="00F33F21">
              <w:rPr>
                <w:rFonts w:ascii="Bahnschrift" w:hAnsi="Bahnschrift"/>
                <w:lang w:val="nl-NL"/>
              </w:rPr>
              <w:t xml:space="preserve"> </w:t>
            </w:r>
            <w:r w:rsidRPr="009A6FA7">
              <w:rPr>
                <w:rFonts w:ascii="Bahnschrift" w:hAnsi="Bahnschrift"/>
                <w:lang w:val="nl-NL"/>
              </w:rPr>
              <w:t>in</w:t>
            </w:r>
          </w:p>
        </w:tc>
        <w:tc>
          <w:tcPr>
            <w:tcW w:w="2409" w:type="dxa"/>
          </w:tcPr>
          <w:p w14:paraId="121AE733" w14:textId="77777777" w:rsidR="00221B7D" w:rsidRPr="009A6FA7" w:rsidRDefault="002C42F8" w:rsidP="009A6FA7">
            <w:pPr>
              <w:spacing w:line="240" w:lineRule="auto"/>
              <w:rPr>
                <w:rFonts w:ascii="Bahnschrift" w:hAnsi="Bahnschrift"/>
              </w:rPr>
            </w:pPr>
            <w:r w:rsidRPr="009A6FA7">
              <w:rPr>
                <w:rFonts w:ascii="Bahnschrift" w:hAnsi="Bahnschrift"/>
                <w:lang w:val="nl-NL"/>
              </w:rPr>
              <w:t xml:space="preserve">Deel </w:t>
            </w:r>
            <w:r w:rsidR="00680F7F">
              <w:rPr>
                <w:rFonts w:ascii="Bahnschrift" w:hAnsi="Bahnschrift"/>
                <w:lang w:val="nl-NL"/>
              </w:rPr>
              <w:t xml:space="preserve">het </w:t>
            </w:r>
            <w:r w:rsidRPr="009A6FA7">
              <w:rPr>
                <w:rFonts w:ascii="Bahnschrift" w:hAnsi="Bahnschrift"/>
                <w:lang w:val="nl-NL"/>
              </w:rPr>
              <w:t>reflectieformulier uit.</w:t>
            </w:r>
            <w:r w:rsidRPr="009A6FA7">
              <w:rPr>
                <w:rFonts w:ascii="Bahnschrift" w:hAnsi="Bahnschrift"/>
                <w:lang w:val="nl-NL"/>
              </w:rPr>
              <w:br/>
              <w:t>Laat leerlingen zelfstandig invullen.</w:t>
            </w:r>
            <w:r w:rsidRPr="009A6FA7">
              <w:rPr>
                <w:rFonts w:ascii="Bahnschrift" w:hAnsi="Bahnschrift"/>
                <w:lang w:val="nl-NL"/>
              </w:rPr>
              <w:br/>
            </w:r>
            <w:r w:rsidRPr="009A6FA7">
              <w:rPr>
                <w:rFonts w:ascii="Bahnschrift" w:hAnsi="Bahnschrift"/>
              </w:rPr>
              <w:t>Sluit klassikaal a</w:t>
            </w:r>
            <w:r w:rsidR="009A6FA7">
              <w:rPr>
                <w:rFonts w:ascii="Bahnschrift" w:hAnsi="Bahnschrift"/>
              </w:rPr>
              <w:t>f</w:t>
            </w:r>
            <w:r w:rsidRPr="009A6FA7">
              <w:rPr>
                <w:rFonts w:ascii="Bahnschrift" w:hAnsi="Bahnschrift"/>
              </w:rPr>
              <w:t xml:space="preserve"> indien gewenst.</w:t>
            </w:r>
          </w:p>
        </w:tc>
        <w:tc>
          <w:tcPr>
            <w:tcW w:w="2127" w:type="dxa"/>
          </w:tcPr>
          <w:p w14:paraId="2D24433B" w14:textId="77777777" w:rsidR="00221B7D" w:rsidRPr="00697710" w:rsidRDefault="002C42F8" w:rsidP="009A6FA7">
            <w:pPr>
              <w:spacing w:line="240" w:lineRule="auto"/>
              <w:rPr>
                <w:rFonts w:ascii="Bahnschrift" w:hAnsi="Bahnschrift"/>
                <w:lang w:val="nl-NL"/>
              </w:rPr>
            </w:pPr>
            <w:r w:rsidRPr="00697710">
              <w:rPr>
                <w:rFonts w:ascii="Bahnschrift" w:hAnsi="Bahnschrift"/>
                <w:lang w:val="nl-NL"/>
              </w:rPr>
              <w:t>Werkblad 3: Reflectieformulier</w:t>
            </w:r>
          </w:p>
          <w:p w14:paraId="6333EEA5" w14:textId="77777777" w:rsidR="00680F7F" w:rsidRPr="00697710" w:rsidRDefault="00680F7F" w:rsidP="009A6FA7">
            <w:pPr>
              <w:spacing w:line="240" w:lineRule="auto"/>
              <w:rPr>
                <w:rFonts w:ascii="Bahnschrift" w:hAnsi="Bahnschrift"/>
                <w:lang w:val="nl-NL"/>
              </w:rPr>
            </w:pPr>
            <w:r w:rsidRPr="00697710">
              <w:rPr>
                <w:rFonts w:ascii="Bahnschrift" w:hAnsi="Bahnschrift"/>
                <w:lang w:val="nl-NL"/>
              </w:rPr>
              <w:t>Of het aanvullende werkblad.</w:t>
            </w:r>
          </w:p>
        </w:tc>
      </w:tr>
    </w:tbl>
    <w:p w14:paraId="5BF3433A" w14:textId="77777777" w:rsidR="009E1C01" w:rsidRPr="00697710" w:rsidRDefault="009E1C01" w:rsidP="009A6FA7">
      <w:pPr>
        <w:spacing w:line="240" w:lineRule="auto"/>
        <w:rPr>
          <w:rFonts w:ascii="Bahnschrift" w:hAnsi="Bahnschrift"/>
          <w:lang w:val="nl-NL"/>
        </w:rPr>
      </w:pPr>
      <w:r w:rsidRPr="00697710">
        <w:rPr>
          <w:rFonts w:ascii="Bahnschrift" w:hAnsi="Bahnschrift"/>
          <w:lang w:val="nl-NL"/>
        </w:rPr>
        <w:br/>
      </w:r>
    </w:p>
    <w:p w14:paraId="1E66EFA0" w14:textId="77777777" w:rsidR="009E1C01" w:rsidRPr="00697710" w:rsidRDefault="009E1C01" w:rsidP="009E1C01">
      <w:pPr>
        <w:rPr>
          <w:lang w:val="nl-NL"/>
        </w:rPr>
      </w:pPr>
      <w:r w:rsidRPr="00697710">
        <w:rPr>
          <w:lang w:val="nl-NL"/>
        </w:rPr>
        <w:br w:type="page"/>
      </w:r>
    </w:p>
    <w:p w14:paraId="6E0381A6" w14:textId="77777777" w:rsidR="00FB67E5" w:rsidRPr="007437F3" w:rsidRDefault="007437F3" w:rsidP="009A6FA7">
      <w:pPr>
        <w:spacing w:line="240" w:lineRule="auto"/>
        <w:rPr>
          <w:rFonts w:ascii="Bahnschrift" w:hAnsi="Bahnschrift"/>
          <w:lang w:val="nl-NL"/>
        </w:rPr>
      </w:pPr>
      <w:r w:rsidRPr="007437F3">
        <w:rPr>
          <w:rFonts w:ascii="Bahnschrift" w:hAnsi="Bahnschrift"/>
          <w:lang w:val="nl-NL"/>
        </w:rPr>
        <w:lastRenderedPageBreak/>
        <w:t xml:space="preserve">Bijlage 1: </w:t>
      </w:r>
      <w:r w:rsidR="009E1C01" w:rsidRPr="007437F3">
        <w:rPr>
          <w:rFonts w:ascii="Bahnschrift" w:hAnsi="Bahnschrift"/>
          <w:lang w:val="nl-NL"/>
        </w:rPr>
        <w:t>Begeleidend schrijven op het lesplan</w:t>
      </w:r>
    </w:p>
    <w:p w14:paraId="1791A3CF" w14:textId="77777777" w:rsidR="007437F3" w:rsidRPr="004E52D0" w:rsidRDefault="007437F3" w:rsidP="007437F3">
      <w:pPr>
        <w:pStyle w:val="Heading1"/>
        <w:spacing w:before="0" w:line="240" w:lineRule="auto"/>
        <w:rPr>
          <w:rFonts w:ascii="Bahnschrift" w:hAnsi="Bahnschrift"/>
          <w:color w:val="auto"/>
          <w:sz w:val="22"/>
          <w:szCs w:val="22"/>
          <w:lang w:val="nl-NL"/>
        </w:rPr>
      </w:pPr>
      <w:r>
        <w:rPr>
          <w:rFonts w:ascii="Bahnschrift" w:hAnsi="Bahnschrift"/>
          <w:color w:val="auto"/>
          <w:sz w:val="22"/>
          <w:szCs w:val="22"/>
          <w:lang w:val="nl-NL"/>
        </w:rPr>
        <w:t>Toelichting lesplan</w:t>
      </w:r>
      <w:r w:rsidRPr="004E52D0">
        <w:rPr>
          <w:rFonts w:ascii="Bahnschrift" w:hAnsi="Bahnschrift"/>
          <w:color w:val="auto"/>
          <w:sz w:val="22"/>
          <w:szCs w:val="22"/>
          <w:lang w:val="nl-NL"/>
        </w:rPr>
        <w:t xml:space="preserve"> – Jouw Hoodie van Invloed (Les 2)</w:t>
      </w:r>
    </w:p>
    <w:p w14:paraId="49460242" w14:textId="77777777" w:rsidR="007437F3" w:rsidRPr="00A23FF5" w:rsidRDefault="007437F3" w:rsidP="007437F3">
      <w:pPr>
        <w:spacing w:line="240" w:lineRule="auto"/>
        <w:rPr>
          <w:rFonts w:ascii="Bahnschrift" w:hAnsi="Bahnschrift"/>
          <w:b/>
          <w:u w:val="single"/>
          <w:lang w:val="nl-NL"/>
        </w:rPr>
      </w:pPr>
      <w:r w:rsidRPr="004E52D0">
        <w:rPr>
          <w:rFonts w:ascii="Bahnschrift" w:hAnsi="Bahnschrift"/>
          <w:lang w:val="nl-NL"/>
        </w:rPr>
        <w:br/>
      </w:r>
      <w:r w:rsidRPr="00A23FF5">
        <w:rPr>
          <w:rFonts w:ascii="Bahnschrift" w:hAnsi="Bahnschrift"/>
          <w:b/>
          <w:u w:val="single"/>
          <w:lang w:val="nl-NL"/>
        </w:rPr>
        <w:t>Lesfasen en docentinstructie</w:t>
      </w:r>
    </w:p>
    <w:p w14:paraId="1DD17173" w14:textId="77777777" w:rsidR="007437F3" w:rsidRPr="004E52D0" w:rsidRDefault="007437F3" w:rsidP="007437F3">
      <w:pPr>
        <w:pStyle w:val="Heading3"/>
        <w:spacing w:before="0" w:line="240" w:lineRule="auto"/>
        <w:rPr>
          <w:rFonts w:ascii="Bahnschrift" w:hAnsi="Bahnschrift"/>
          <w:color w:val="auto"/>
          <w:lang w:val="nl-NL"/>
        </w:rPr>
      </w:pPr>
      <w:r w:rsidRPr="004E52D0">
        <w:rPr>
          <w:rFonts w:ascii="Bahnschrift" w:hAnsi="Bahnschrift"/>
          <w:color w:val="auto"/>
          <w:lang w:val="nl-NL"/>
        </w:rPr>
        <w:t>1. Introductie – De Gouden Loper (10 minuten)</w:t>
      </w:r>
      <w:r w:rsidRPr="004E52D0">
        <w:rPr>
          <w:rFonts w:ascii="Bahnschrift" w:hAnsi="Bahnschrift"/>
          <w:color w:val="auto"/>
          <w:lang w:val="nl-NL"/>
        </w:rPr>
        <w:br/>
      </w:r>
      <w:r w:rsidRPr="006B1D8E">
        <w:rPr>
          <w:rFonts w:ascii="Bahnschrift" w:hAnsi="Bahnschrift"/>
          <w:b w:val="0"/>
          <w:color w:val="auto"/>
          <w:lang w:val="nl-NL"/>
        </w:rPr>
        <w:t>- Leerlingen worden welkom geheten en lopen symbolisch over een (denkbeeldige of echte) gouden loper de klas in.</w:t>
      </w:r>
      <w:r w:rsidRPr="006B1D8E">
        <w:rPr>
          <w:rFonts w:ascii="Bahnschrift" w:hAnsi="Bahnschrift"/>
          <w:b w:val="0"/>
          <w:color w:val="auto"/>
          <w:lang w:val="nl-NL"/>
        </w:rPr>
        <w:br/>
        <w:t xml:space="preserve">- De docent licht de metafoor van de gouden loper toe als symbool voor hun </w:t>
      </w:r>
      <w:proofErr w:type="spellStart"/>
      <w:r w:rsidRPr="006B1D8E">
        <w:rPr>
          <w:rFonts w:ascii="Bahnschrift" w:hAnsi="Bahnschrift"/>
          <w:b w:val="0"/>
          <w:color w:val="auto"/>
          <w:lang w:val="nl-NL"/>
        </w:rPr>
        <w:t>toekomstpad</w:t>
      </w:r>
      <w:proofErr w:type="spellEnd"/>
      <w:r w:rsidRPr="006B1D8E">
        <w:rPr>
          <w:rFonts w:ascii="Bahnschrift" w:hAnsi="Bahnschrift"/>
          <w:b w:val="0"/>
          <w:color w:val="auto"/>
          <w:lang w:val="nl-NL"/>
        </w:rPr>
        <w:t>.</w:t>
      </w:r>
      <w:r w:rsidRPr="006B1D8E">
        <w:rPr>
          <w:rFonts w:ascii="Bahnschrift" w:hAnsi="Bahnschrift"/>
          <w:b w:val="0"/>
          <w:color w:val="auto"/>
          <w:lang w:val="nl-NL"/>
        </w:rPr>
        <w:br/>
        <w:t>- Introductie van de “hoodie van invloed” en koppeling met de Cirkel van Invloed.</w:t>
      </w:r>
      <w:r w:rsidRPr="006B1D8E">
        <w:rPr>
          <w:rFonts w:ascii="Bahnschrift" w:hAnsi="Bahnschrift"/>
          <w:b w:val="0"/>
          <w:color w:val="auto"/>
          <w:lang w:val="nl-NL"/>
        </w:rPr>
        <w:br/>
        <w:t>- De docent vertelt het verhaal van de hoodie en activeert voorkennis over kwaliteiten.</w:t>
      </w:r>
      <w:r w:rsidRPr="004E52D0">
        <w:rPr>
          <w:rFonts w:ascii="Bahnschrift" w:hAnsi="Bahnschrift"/>
          <w:color w:val="auto"/>
          <w:lang w:val="nl-NL"/>
        </w:rPr>
        <w:br/>
      </w:r>
    </w:p>
    <w:p w14:paraId="06FA0998" w14:textId="77777777" w:rsidR="007437F3" w:rsidRPr="004E52D0" w:rsidRDefault="007437F3" w:rsidP="007437F3">
      <w:pPr>
        <w:pStyle w:val="Heading3"/>
        <w:spacing w:before="0" w:line="240" w:lineRule="auto"/>
        <w:rPr>
          <w:rFonts w:ascii="Bahnschrift" w:hAnsi="Bahnschrift"/>
          <w:color w:val="auto"/>
          <w:lang w:val="nl-NL"/>
        </w:rPr>
      </w:pPr>
      <w:r w:rsidRPr="004E52D0">
        <w:rPr>
          <w:rFonts w:ascii="Bahnschrift" w:hAnsi="Bahnschrift"/>
          <w:color w:val="auto"/>
          <w:lang w:val="nl-NL"/>
        </w:rPr>
        <w:t>2. Creatie: Ontwerp jouw Hoodie van Invloed (20 minuten)</w:t>
      </w:r>
    </w:p>
    <w:p w14:paraId="414EC444" w14:textId="77777777" w:rsidR="007437F3" w:rsidRPr="004E52D0" w:rsidRDefault="007437F3" w:rsidP="007437F3">
      <w:pPr>
        <w:spacing w:after="0" w:line="240" w:lineRule="auto"/>
        <w:rPr>
          <w:rFonts w:ascii="Bahnschrift" w:hAnsi="Bahnschrift"/>
          <w:lang w:val="nl-NL"/>
        </w:rPr>
      </w:pPr>
      <w:r w:rsidRPr="004E52D0">
        <w:rPr>
          <w:rFonts w:ascii="Bahnschrift" w:hAnsi="Bahnschrift"/>
          <w:lang w:val="nl-NL"/>
        </w:rPr>
        <w:t>- Uitreiken van het werkblad met het hoodie-sjabloon.</w:t>
      </w:r>
      <w:r w:rsidRPr="004E52D0">
        <w:rPr>
          <w:rFonts w:ascii="Bahnschrift" w:hAnsi="Bahnschrift"/>
          <w:lang w:val="nl-NL"/>
        </w:rPr>
        <w:br/>
        <w:t>- Leerlingen ontwerpen hun hoodie:</w:t>
      </w:r>
      <w:r w:rsidRPr="004E52D0">
        <w:rPr>
          <w:rFonts w:ascii="Bahnschrift" w:hAnsi="Bahnschrift"/>
          <w:lang w:val="nl-NL"/>
        </w:rPr>
        <w:br/>
        <w:t xml:space="preserve">  * Voorzijde: Persoonlijke kwaliteiten</w:t>
      </w:r>
      <w:r w:rsidRPr="004E52D0">
        <w:rPr>
          <w:rFonts w:ascii="Bahnschrift" w:hAnsi="Bahnschrift"/>
          <w:lang w:val="nl-NL"/>
        </w:rPr>
        <w:br/>
        <w:t xml:space="preserve">  * Achterzijde: Toekomstdromen en beroepen</w:t>
      </w:r>
      <w:r w:rsidRPr="004E52D0">
        <w:rPr>
          <w:rFonts w:ascii="Bahnschrift" w:hAnsi="Bahnschrift"/>
          <w:lang w:val="nl-NL"/>
        </w:rPr>
        <w:br/>
        <w:t xml:space="preserve">  * Mouwen: Ervaringen met vak Nederlands</w:t>
      </w:r>
      <w:r w:rsidRPr="004E52D0">
        <w:rPr>
          <w:rFonts w:ascii="Bahnschrift" w:hAnsi="Bahnschrift"/>
          <w:lang w:val="nl-NL"/>
        </w:rPr>
        <w:br/>
        <w:t xml:space="preserve">  * Capuchon: Persoonlijke interesses/passies</w:t>
      </w:r>
      <w:r w:rsidRPr="004E52D0">
        <w:rPr>
          <w:rFonts w:ascii="Bahnschrift" w:hAnsi="Bahnschrift"/>
          <w:lang w:val="nl-NL"/>
        </w:rPr>
        <w:br/>
        <w:t>- De docent loopt rond, stelt vragen en stimuleert leerlingen hun keuzes toe te lichten.</w:t>
      </w:r>
      <w:r w:rsidRPr="004E52D0">
        <w:rPr>
          <w:rFonts w:ascii="Bahnschrift" w:hAnsi="Bahnschrift"/>
          <w:lang w:val="nl-NL"/>
        </w:rPr>
        <w:br/>
      </w:r>
    </w:p>
    <w:p w14:paraId="05CC3973" w14:textId="77777777" w:rsidR="007437F3" w:rsidRPr="004E52D0" w:rsidRDefault="007437F3" w:rsidP="007437F3">
      <w:pPr>
        <w:pStyle w:val="Heading3"/>
        <w:spacing w:before="0" w:line="240" w:lineRule="auto"/>
        <w:rPr>
          <w:rFonts w:ascii="Bahnschrift" w:hAnsi="Bahnschrift"/>
          <w:color w:val="auto"/>
          <w:lang w:val="nl-NL"/>
        </w:rPr>
      </w:pPr>
      <w:r w:rsidRPr="004E52D0">
        <w:rPr>
          <w:rFonts w:ascii="Bahnschrift" w:hAnsi="Bahnschrift"/>
          <w:color w:val="auto"/>
          <w:lang w:val="nl-NL"/>
        </w:rPr>
        <w:t>3. Presentatie: Over de Gouden Loper (20 minuten)</w:t>
      </w:r>
    </w:p>
    <w:p w14:paraId="06C4B4F7" w14:textId="77777777" w:rsidR="007437F3" w:rsidRPr="004E52D0" w:rsidRDefault="007437F3" w:rsidP="007437F3">
      <w:pPr>
        <w:spacing w:after="0" w:line="240" w:lineRule="auto"/>
        <w:rPr>
          <w:rFonts w:ascii="Bahnschrift" w:hAnsi="Bahnschrift"/>
          <w:lang w:val="nl-NL"/>
        </w:rPr>
      </w:pPr>
      <w:r w:rsidRPr="004E52D0">
        <w:rPr>
          <w:rFonts w:ascii="Bahnschrift" w:hAnsi="Bahnschrift"/>
          <w:lang w:val="nl-NL"/>
        </w:rPr>
        <w:t>- Leerlingen presenteren stap voor stap hun hoodie langs de gouden loper.</w:t>
      </w:r>
      <w:r w:rsidRPr="004E52D0">
        <w:rPr>
          <w:rFonts w:ascii="Bahnschrift" w:hAnsi="Bahnschrift"/>
          <w:lang w:val="nl-NL"/>
        </w:rPr>
        <w:br/>
        <w:t xml:space="preserve">  1. Wat zijn jouw sterke punten?</w:t>
      </w:r>
      <w:r w:rsidRPr="004E52D0">
        <w:rPr>
          <w:rFonts w:ascii="Bahnschrift" w:hAnsi="Bahnschrift"/>
          <w:lang w:val="nl-NL"/>
        </w:rPr>
        <w:br/>
        <w:t xml:space="preserve">  2. Hoe heeft het vak Nederlands je geholpen?</w:t>
      </w:r>
      <w:r w:rsidRPr="004E52D0">
        <w:rPr>
          <w:rFonts w:ascii="Bahnschrift" w:hAnsi="Bahnschrift"/>
          <w:lang w:val="nl-NL"/>
        </w:rPr>
        <w:br/>
        <w:t xml:space="preserve">  3. Wat wil je doen met je vaardigheden?</w:t>
      </w:r>
      <w:r w:rsidRPr="004E52D0">
        <w:rPr>
          <w:rFonts w:ascii="Bahnschrift" w:hAnsi="Bahnschrift"/>
          <w:lang w:val="nl-NL"/>
        </w:rPr>
        <w:br/>
        <w:t xml:space="preserve">  4. Wat kun je nu doen om je doelen te bereiken?</w:t>
      </w:r>
      <w:r w:rsidRPr="004E52D0">
        <w:rPr>
          <w:rFonts w:ascii="Bahnschrift" w:hAnsi="Bahnschrift"/>
          <w:lang w:val="nl-NL"/>
        </w:rPr>
        <w:br/>
        <w:t>- De docent begeleidt het gesprek en stimuleert het stellen van vragen door klasgenoten.</w:t>
      </w:r>
      <w:r w:rsidRPr="004E52D0">
        <w:rPr>
          <w:rFonts w:ascii="Bahnschrift" w:hAnsi="Bahnschrift"/>
          <w:lang w:val="nl-NL"/>
        </w:rPr>
        <w:br/>
      </w:r>
    </w:p>
    <w:p w14:paraId="435F2672" w14:textId="77777777" w:rsidR="007437F3" w:rsidRPr="004E52D0" w:rsidRDefault="007437F3" w:rsidP="007437F3">
      <w:pPr>
        <w:pStyle w:val="Heading3"/>
        <w:spacing w:before="0" w:line="240" w:lineRule="auto"/>
        <w:rPr>
          <w:rFonts w:ascii="Bahnschrift" w:hAnsi="Bahnschrift"/>
          <w:color w:val="auto"/>
          <w:lang w:val="nl-NL"/>
        </w:rPr>
      </w:pPr>
      <w:r w:rsidRPr="004E52D0">
        <w:rPr>
          <w:rFonts w:ascii="Bahnschrift" w:hAnsi="Bahnschrift"/>
          <w:color w:val="auto"/>
          <w:lang w:val="nl-NL"/>
        </w:rPr>
        <w:t>4. Reflectie en afsluiting (10 minuten)</w:t>
      </w:r>
    </w:p>
    <w:p w14:paraId="3452BE87" w14:textId="77777777" w:rsidR="007437F3" w:rsidRPr="004E52D0" w:rsidRDefault="007437F3" w:rsidP="007437F3">
      <w:pPr>
        <w:spacing w:after="0" w:line="240" w:lineRule="auto"/>
        <w:rPr>
          <w:rFonts w:ascii="Bahnschrift" w:hAnsi="Bahnschrift"/>
          <w:lang w:val="nl-NL"/>
        </w:rPr>
      </w:pPr>
      <w:r w:rsidRPr="004E52D0">
        <w:rPr>
          <w:rFonts w:ascii="Bahnschrift" w:hAnsi="Bahnschrift"/>
          <w:lang w:val="nl-NL"/>
        </w:rPr>
        <w:t>- Leerlingen vullen het reflectieformulier in.</w:t>
      </w:r>
      <w:r w:rsidRPr="004E52D0">
        <w:rPr>
          <w:rFonts w:ascii="Bahnschrift" w:hAnsi="Bahnschrift"/>
          <w:lang w:val="nl-NL"/>
        </w:rPr>
        <w:br/>
        <w:t>- Bespreking: Wat heb je geleerd? Hoe helpt Nederlands je verder?</w:t>
      </w:r>
      <w:r w:rsidRPr="004E52D0">
        <w:rPr>
          <w:rFonts w:ascii="Bahnschrift" w:hAnsi="Bahnschrift"/>
          <w:lang w:val="nl-NL"/>
        </w:rPr>
        <w:br/>
        <w:t>- Afsluiting: Iedere leerling loopt symbolisch nog eens over de loper.</w:t>
      </w:r>
      <w:r w:rsidRPr="004E52D0">
        <w:rPr>
          <w:rFonts w:ascii="Bahnschrift" w:hAnsi="Bahnschrift"/>
          <w:lang w:val="nl-NL"/>
        </w:rPr>
        <w:br/>
      </w:r>
    </w:p>
    <w:p w14:paraId="65641616" w14:textId="77777777" w:rsidR="007437F3" w:rsidRPr="004E52D0" w:rsidRDefault="007437F3" w:rsidP="007437F3">
      <w:pPr>
        <w:pStyle w:val="Heading2"/>
        <w:spacing w:before="0" w:line="240" w:lineRule="auto"/>
        <w:rPr>
          <w:rFonts w:ascii="Bahnschrift" w:hAnsi="Bahnschrift"/>
          <w:color w:val="auto"/>
          <w:sz w:val="22"/>
          <w:szCs w:val="22"/>
          <w:lang w:val="nl-NL"/>
        </w:rPr>
      </w:pPr>
      <w:r w:rsidRPr="004E52D0">
        <w:rPr>
          <w:rFonts w:ascii="Bahnschrift" w:hAnsi="Bahnschrift"/>
          <w:color w:val="auto"/>
          <w:sz w:val="22"/>
          <w:szCs w:val="22"/>
          <w:lang w:val="nl-NL"/>
        </w:rPr>
        <w:t>Beoordeling gespreksvaardigheid</w:t>
      </w:r>
    </w:p>
    <w:p w14:paraId="4BB02A0D" w14:textId="77777777" w:rsidR="009E1C01" w:rsidRPr="007437F3" w:rsidRDefault="007437F3" w:rsidP="007437F3">
      <w:pPr>
        <w:spacing w:after="0" w:line="240" w:lineRule="auto"/>
        <w:rPr>
          <w:rFonts w:ascii="Bahnschrift" w:hAnsi="Bahnschrift"/>
          <w:lang w:val="nl-NL"/>
        </w:rPr>
      </w:pPr>
      <w:r>
        <w:rPr>
          <w:rFonts w:ascii="Bahnschrift" w:hAnsi="Bahnschrift"/>
          <w:lang w:val="nl-NL"/>
        </w:rPr>
        <w:t>Waar let je als docent op?</w:t>
      </w:r>
      <w:r w:rsidRPr="004E52D0">
        <w:rPr>
          <w:rFonts w:ascii="Bahnschrift" w:hAnsi="Bahnschrift"/>
          <w:lang w:val="nl-NL"/>
        </w:rPr>
        <w:br/>
        <w:t>Beoordelingscriteria (bij presentatie en reflectie):</w:t>
      </w:r>
      <w:r w:rsidRPr="004E52D0">
        <w:rPr>
          <w:rFonts w:ascii="Bahnschrift" w:hAnsi="Bahnschrift"/>
          <w:lang w:val="nl-NL"/>
        </w:rPr>
        <w:br/>
        <w:t>1. Duidelijkheid: Worden kwaliteiten, toekomstwens en taalvaardigheid helder gepresenteerd?</w:t>
      </w:r>
      <w:r w:rsidRPr="004E52D0">
        <w:rPr>
          <w:rFonts w:ascii="Bahnschrift" w:hAnsi="Bahnschrift"/>
          <w:lang w:val="nl-NL"/>
        </w:rPr>
        <w:br/>
        <w:t>2. Inhoud: Zit er een persoonlijke koppeling in tussen kwaliteiten, vak Nederlands en toekomst?</w:t>
      </w:r>
      <w:r w:rsidRPr="004E52D0">
        <w:rPr>
          <w:rFonts w:ascii="Bahnschrift" w:hAnsi="Bahnschrift"/>
          <w:lang w:val="nl-NL"/>
        </w:rPr>
        <w:br/>
        <w:t>3. Interactie: Worden vragen van klasgenoten beantwoord en worden er vragen gesteld?</w:t>
      </w:r>
      <w:r w:rsidRPr="004E52D0">
        <w:rPr>
          <w:rFonts w:ascii="Bahnschrift" w:hAnsi="Bahnschrift"/>
          <w:lang w:val="nl-NL"/>
        </w:rPr>
        <w:br/>
      </w:r>
      <w:r w:rsidRPr="004E52D0">
        <w:rPr>
          <w:rFonts w:ascii="Bahnschrift" w:hAnsi="Bahnschrift"/>
          <w:lang w:val="nl-NL"/>
        </w:rPr>
        <w:br/>
      </w:r>
      <w:r>
        <w:rPr>
          <w:rFonts w:ascii="Bahnschrift" w:hAnsi="Bahnschrift"/>
          <w:lang w:val="nl-NL"/>
        </w:rPr>
        <w:t xml:space="preserve">De vaardigheden </w:t>
      </w:r>
      <w:r w:rsidRPr="004E52D0">
        <w:rPr>
          <w:rFonts w:ascii="Bahnschrift" w:hAnsi="Bahnschrift"/>
          <w:lang w:val="nl-NL"/>
        </w:rPr>
        <w:t>die word</w:t>
      </w:r>
      <w:r>
        <w:rPr>
          <w:rFonts w:ascii="Bahnschrift" w:hAnsi="Bahnschrift"/>
          <w:lang w:val="nl-NL"/>
        </w:rPr>
        <w:t>en</w:t>
      </w:r>
      <w:r w:rsidRPr="004E52D0">
        <w:rPr>
          <w:rFonts w:ascii="Bahnschrift" w:hAnsi="Bahnschrift"/>
          <w:lang w:val="nl-NL"/>
        </w:rPr>
        <w:t xml:space="preserve"> geoefend</w:t>
      </w:r>
      <w:r>
        <w:rPr>
          <w:rFonts w:ascii="Bahnschrift" w:hAnsi="Bahnschrift"/>
          <w:lang w:val="nl-NL"/>
        </w:rPr>
        <w:t xml:space="preserve"> zijn</w:t>
      </w:r>
      <w:r w:rsidRPr="004E52D0">
        <w:rPr>
          <w:rFonts w:ascii="Bahnschrift" w:hAnsi="Bahnschrift"/>
          <w:lang w:val="nl-NL"/>
        </w:rPr>
        <w:t>: presenteren en reflecteren in samenhang met schrijfvaardigheid</w:t>
      </w:r>
      <w:r>
        <w:rPr>
          <w:rFonts w:ascii="Bahnschrift" w:hAnsi="Bahnschrift"/>
          <w:lang w:val="nl-NL"/>
        </w:rPr>
        <w:t>.</w:t>
      </w:r>
      <w:r w:rsidR="009E1C01" w:rsidRPr="007437F3">
        <w:rPr>
          <w:rFonts w:ascii="Bahnschrift" w:hAnsi="Bahnschrift"/>
          <w:lang w:val="nl-NL"/>
        </w:rPr>
        <w:br w:type="page"/>
      </w:r>
    </w:p>
    <w:p w14:paraId="404A0951" w14:textId="77777777" w:rsidR="009E1C01" w:rsidRDefault="009E1C01" w:rsidP="009A6FA7">
      <w:pPr>
        <w:spacing w:line="240" w:lineRule="auto"/>
        <w:rPr>
          <w:rFonts w:ascii="Bahnschrift" w:hAnsi="Bahnschrift"/>
        </w:rPr>
      </w:pPr>
      <w:proofErr w:type="spellStart"/>
      <w:r>
        <w:rPr>
          <w:rFonts w:ascii="Bahnschrift" w:hAnsi="Bahnschrift"/>
        </w:rPr>
        <w:lastRenderedPageBreak/>
        <w:t>Bijlage</w:t>
      </w:r>
      <w:proofErr w:type="spellEnd"/>
      <w:r>
        <w:rPr>
          <w:rFonts w:ascii="Bahnschrift" w:hAnsi="Bahnschrift"/>
        </w:rPr>
        <w:t xml:space="preserve">: </w:t>
      </w:r>
      <w:proofErr w:type="spellStart"/>
      <w:r>
        <w:rPr>
          <w:rFonts w:ascii="Bahnschrift" w:hAnsi="Bahnschrift"/>
        </w:rPr>
        <w:t>Werkblad</w:t>
      </w:r>
      <w:proofErr w:type="spellEnd"/>
      <w:r>
        <w:rPr>
          <w:rFonts w:ascii="Bahnschrift" w:hAnsi="Bahnschrift"/>
        </w:rPr>
        <w:t xml:space="preserve"> </w:t>
      </w:r>
      <w:r w:rsidR="007437F3">
        <w:rPr>
          <w:rFonts w:ascii="Bahnschrift" w:hAnsi="Bahnschrift"/>
        </w:rPr>
        <w:t xml:space="preserve">1 Hoodie </w:t>
      </w:r>
      <w:proofErr w:type="spellStart"/>
      <w:r w:rsidR="007437F3">
        <w:rPr>
          <w:rFonts w:ascii="Bahnschrift" w:hAnsi="Bahnschrift"/>
        </w:rPr>
        <w:t>sjabloon</w:t>
      </w:r>
      <w:proofErr w:type="spellEnd"/>
    </w:p>
    <w:p w14:paraId="73544509" w14:textId="77777777" w:rsidR="009E1C01" w:rsidRDefault="009E1C01" w:rsidP="009E1C01">
      <w:r>
        <w:rPr>
          <w:noProof/>
        </w:rPr>
        <w:drawing>
          <wp:inline distT="0" distB="0" distL="0" distR="0" wp14:anchorId="5DD6CBC0" wp14:editId="145368C8">
            <wp:extent cx="5760720" cy="5127625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12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95798" w14:textId="77777777" w:rsidR="009E1C01" w:rsidRDefault="009E1C01" w:rsidP="009E1C01">
      <w:r>
        <w:br w:type="page"/>
      </w:r>
    </w:p>
    <w:p w14:paraId="4CD2164B" w14:textId="77777777" w:rsidR="009E1C01" w:rsidRPr="00A13633" w:rsidRDefault="009E1C01" w:rsidP="009E1C01">
      <w:r>
        <w:rPr>
          <w:noProof/>
        </w:rPr>
        <w:lastRenderedPageBreak/>
        <w:drawing>
          <wp:inline distT="0" distB="0" distL="0" distR="0" wp14:anchorId="5EE786F0" wp14:editId="73308D8F">
            <wp:extent cx="5549361" cy="9540240"/>
            <wp:effectExtent l="0" t="0" r="0" b="381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82350" cy="9596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E1E4E" w14:textId="77777777" w:rsidR="009E1C01" w:rsidRDefault="009E1C01" w:rsidP="009E1C01">
      <w:r>
        <w:rPr>
          <w:noProof/>
        </w:rPr>
        <w:lastRenderedPageBreak/>
        <w:drawing>
          <wp:inline distT="0" distB="0" distL="0" distR="0" wp14:anchorId="28B3A821" wp14:editId="0F45B329">
            <wp:extent cx="5494020" cy="9621802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61456" cy="9739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D65C2" w14:textId="77777777" w:rsidR="009E1C01" w:rsidRPr="009E1C01" w:rsidRDefault="009E1C01" w:rsidP="009E1C01">
      <w:pPr>
        <w:pStyle w:val="Heading1"/>
        <w:rPr>
          <w:rFonts w:ascii="Bahnschrift" w:hAnsi="Bahnschrift"/>
          <w:color w:val="auto"/>
          <w:sz w:val="22"/>
          <w:szCs w:val="22"/>
          <w:u w:val="single"/>
          <w:lang w:val="nl-NL"/>
        </w:rPr>
      </w:pPr>
      <w:r w:rsidRPr="009E1C01">
        <w:rPr>
          <w:rFonts w:ascii="Bahnschrift" w:hAnsi="Bahnschrift"/>
          <w:color w:val="auto"/>
          <w:sz w:val="22"/>
          <w:szCs w:val="22"/>
          <w:u w:val="single"/>
          <w:lang w:val="nl-NL"/>
        </w:rPr>
        <w:lastRenderedPageBreak/>
        <w:t xml:space="preserve">Bijlage 3: Werkblad 2: Jouw eigen ontwerp van de Hoodie van Invloed </w:t>
      </w:r>
    </w:p>
    <w:p w14:paraId="4EC5B1FF" w14:textId="77777777" w:rsidR="009E1C01" w:rsidRPr="000A5C30" w:rsidRDefault="009E1C01" w:rsidP="009E1C01">
      <w:pPr>
        <w:rPr>
          <w:rFonts w:ascii="Bahnschrift" w:hAnsi="Bahnschrift"/>
          <w:lang w:val="nl-NL"/>
        </w:rPr>
      </w:pPr>
      <w:r w:rsidRPr="000A5C30">
        <w:rPr>
          <w:rFonts w:ascii="Bahnschrift" w:hAnsi="Bahnschrift"/>
          <w:lang w:val="nl-NL"/>
        </w:rPr>
        <w:t>Teken of beschrijf jouw persoonlijke hoodie die laat zien wie jij bent, waar je goed in bent, en welke toekomst jij ziet voor jezelf. Gebruik woorden, symbolen of tekeningen.</w:t>
      </w:r>
    </w:p>
    <w:p w14:paraId="114A5A68" w14:textId="77777777" w:rsidR="007437F3" w:rsidRDefault="007437F3" w:rsidP="009E1C01">
      <w:pPr>
        <w:rPr>
          <w:rFonts w:ascii="Bahnschrift" w:hAnsi="Bahnschrift"/>
          <w:lang w:val="nl-N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7437F3" w:rsidRPr="00697710" w14:paraId="01FD86AC" w14:textId="77777777" w:rsidTr="007437F3">
        <w:tc>
          <w:tcPr>
            <w:tcW w:w="8630" w:type="dxa"/>
          </w:tcPr>
          <w:p w14:paraId="6C7B084B" w14:textId="77777777" w:rsidR="007437F3" w:rsidRPr="000A5C30" w:rsidRDefault="007437F3" w:rsidP="007437F3">
            <w:pPr>
              <w:rPr>
                <w:rFonts w:ascii="Bahnschrift" w:hAnsi="Bahnschrift"/>
                <w:lang w:val="nl-NL"/>
              </w:rPr>
            </w:pPr>
            <w:r w:rsidRPr="00DD243A">
              <w:rPr>
                <w:rFonts w:ascii="Bahnschrift" w:hAnsi="Bahnschrift"/>
                <w:u w:val="single"/>
                <w:lang w:val="nl-NL"/>
              </w:rPr>
              <w:t>Voorkant van de hoodie:</w:t>
            </w:r>
            <w:r w:rsidRPr="000A5C30">
              <w:rPr>
                <w:rFonts w:ascii="Bahnschrift" w:hAnsi="Bahnschrift"/>
                <w:lang w:val="nl-NL"/>
              </w:rPr>
              <w:t xml:space="preserve"> Jouw persoonlijke kwaliteiten (bijv. ‘Ik ben creatief’, ‘Ik kan goed uitleggen’)</w:t>
            </w:r>
          </w:p>
          <w:p w14:paraId="46FA0E25" w14:textId="77777777" w:rsidR="007437F3" w:rsidRDefault="007437F3" w:rsidP="009E1C01">
            <w:pPr>
              <w:rPr>
                <w:rFonts w:ascii="Bahnschrift" w:hAnsi="Bahnschrift"/>
                <w:lang w:val="nl-NL"/>
              </w:rPr>
            </w:pPr>
          </w:p>
        </w:tc>
      </w:tr>
    </w:tbl>
    <w:p w14:paraId="7624372B" w14:textId="77777777" w:rsidR="007437F3" w:rsidRDefault="007437F3" w:rsidP="009E1C01">
      <w:pPr>
        <w:rPr>
          <w:rFonts w:ascii="Bahnschrift" w:hAnsi="Bahnschrift"/>
          <w:lang w:val="nl-N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7437F3" w:rsidRPr="00697710" w14:paraId="7CD244DC" w14:textId="77777777" w:rsidTr="007437F3">
        <w:tc>
          <w:tcPr>
            <w:tcW w:w="8630" w:type="dxa"/>
          </w:tcPr>
          <w:p w14:paraId="66655FC9" w14:textId="77777777" w:rsidR="007437F3" w:rsidRDefault="007437F3" w:rsidP="009E1C01">
            <w:pPr>
              <w:rPr>
                <w:rFonts w:ascii="Bahnschrift" w:hAnsi="Bahnschrift"/>
                <w:lang w:val="nl-NL"/>
              </w:rPr>
            </w:pPr>
            <w:r w:rsidRPr="00DD243A">
              <w:rPr>
                <w:rFonts w:ascii="Bahnschrift" w:hAnsi="Bahnschrift"/>
                <w:u w:val="single"/>
                <w:lang w:val="nl-NL"/>
              </w:rPr>
              <w:t>Achterkant van de hoodie:</w:t>
            </w:r>
            <w:r w:rsidRPr="000A5C30">
              <w:rPr>
                <w:rFonts w:ascii="Bahnschrift" w:hAnsi="Bahnschrift"/>
                <w:lang w:val="nl-NL"/>
              </w:rPr>
              <w:t xml:space="preserve"> Je toekomstdromen en beroepen waarin Nederlands belangrijk is (bijv. journalist, schrijver, docent)</w:t>
            </w:r>
          </w:p>
          <w:p w14:paraId="5A1899D4" w14:textId="77777777" w:rsidR="007437F3" w:rsidRDefault="007437F3" w:rsidP="009E1C01">
            <w:pPr>
              <w:rPr>
                <w:rFonts w:ascii="Bahnschrift" w:hAnsi="Bahnschrift"/>
                <w:lang w:val="nl-NL"/>
              </w:rPr>
            </w:pPr>
          </w:p>
        </w:tc>
      </w:tr>
    </w:tbl>
    <w:p w14:paraId="29A8ACE0" w14:textId="77777777" w:rsidR="007437F3" w:rsidRDefault="007437F3" w:rsidP="009E1C01">
      <w:pPr>
        <w:rPr>
          <w:rFonts w:ascii="Bahnschrift" w:hAnsi="Bahnschrift"/>
          <w:lang w:val="nl-N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7437F3" w14:paraId="5A932424" w14:textId="77777777" w:rsidTr="007437F3">
        <w:tc>
          <w:tcPr>
            <w:tcW w:w="8630" w:type="dxa"/>
          </w:tcPr>
          <w:p w14:paraId="46FCD814" w14:textId="77777777" w:rsidR="007437F3" w:rsidRPr="000A5C30" w:rsidRDefault="007437F3" w:rsidP="007437F3">
            <w:pPr>
              <w:rPr>
                <w:rFonts w:ascii="Bahnschrift" w:hAnsi="Bahnschrift"/>
                <w:lang w:val="nl-NL"/>
              </w:rPr>
            </w:pPr>
            <w:r w:rsidRPr="000A5C30">
              <w:rPr>
                <w:rFonts w:ascii="Bahnschrift" w:hAnsi="Bahnschrift"/>
                <w:lang w:val="nl-NL"/>
              </w:rPr>
              <w:br/>
            </w:r>
            <w:r w:rsidRPr="00DD243A">
              <w:rPr>
                <w:rFonts w:ascii="Bahnschrift" w:hAnsi="Bahnschrift"/>
                <w:u w:val="single"/>
                <w:lang w:val="nl-NL"/>
              </w:rPr>
              <w:t>Mouwen:</w:t>
            </w:r>
            <w:r w:rsidRPr="000A5C30">
              <w:rPr>
                <w:rFonts w:ascii="Bahnschrift" w:hAnsi="Bahnschrift"/>
                <w:lang w:val="nl-NL"/>
              </w:rPr>
              <w:t xml:space="preserve"> Ervaringen met het vak Nederlands die hebben bijgedragen aan jouw ontwikkeling (bijv. ‘Door debatteren ben ik zelfverzekerder geworden’)</w:t>
            </w:r>
          </w:p>
          <w:p w14:paraId="6CFA54C6" w14:textId="77777777" w:rsidR="007437F3" w:rsidRDefault="007437F3" w:rsidP="009E1C01">
            <w:pPr>
              <w:rPr>
                <w:rFonts w:ascii="Bahnschrift" w:hAnsi="Bahnschrift"/>
                <w:lang w:val="nl-NL"/>
              </w:rPr>
            </w:pPr>
          </w:p>
        </w:tc>
      </w:tr>
    </w:tbl>
    <w:p w14:paraId="59DE6ECA" w14:textId="77777777" w:rsidR="007437F3" w:rsidRDefault="007437F3" w:rsidP="009E1C01">
      <w:pPr>
        <w:rPr>
          <w:rFonts w:ascii="Bahnschrift" w:hAnsi="Bahnschrift"/>
          <w:lang w:val="nl-N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7437F3" w14:paraId="6EE1FD9E" w14:textId="77777777" w:rsidTr="007437F3">
        <w:tc>
          <w:tcPr>
            <w:tcW w:w="8630" w:type="dxa"/>
          </w:tcPr>
          <w:p w14:paraId="454D22EF" w14:textId="77777777" w:rsidR="007437F3" w:rsidRDefault="007437F3" w:rsidP="009E1C01">
            <w:pPr>
              <w:rPr>
                <w:rFonts w:ascii="Bahnschrift" w:hAnsi="Bahnschrift"/>
                <w:lang w:val="nl-NL"/>
              </w:rPr>
            </w:pPr>
            <w:r w:rsidRPr="00DD243A">
              <w:rPr>
                <w:rFonts w:ascii="Bahnschrift" w:hAnsi="Bahnschrift"/>
                <w:u w:val="single"/>
                <w:lang w:val="nl-NL"/>
              </w:rPr>
              <w:t>Capuchon:</w:t>
            </w:r>
            <w:r w:rsidRPr="000A5C30">
              <w:rPr>
                <w:rFonts w:ascii="Bahnschrift" w:hAnsi="Bahnschrift"/>
                <w:lang w:val="nl-NL"/>
              </w:rPr>
              <w:t xml:space="preserve"> Jouw interesses of passies die door taal versterkt kunnen worden (bijv. ‘Ik schrijf graag verhalen’, ‘Ik houd van presenteren’)</w:t>
            </w:r>
          </w:p>
          <w:p w14:paraId="3B4205B6" w14:textId="77777777" w:rsidR="007437F3" w:rsidRDefault="007437F3" w:rsidP="009E1C01">
            <w:pPr>
              <w:rPr>
                <w:rFonts w:ascii="Bahnschrift" w:hAnsi="Bahnschrift"/>
                <w:lang w:val="nl-NL"/>
              </w:rPr>
            </w:pPr>
          </w:p>
        </w:tc>
      </w:tr>
    </w:tbl>
    <w:p w14:paraId="6ECB82D1" w14:textId="77777777" w:rsidR="009E1C01" w:rsidRPr="000A5C30" w:rsidRDefault="009E1C01" w:rsidP="009E1C01">
      <w:pPr>
        <w:rPr>
          <w:rFonts w:ascii="Bahnschrift" w:hAnsi="Bahnschrift"/>
          <w:lang w:val="nl-NL"/>
        </w:rPr>
      </w:pPr>
      <w:r w:rsidRPr="000A5C30">
        <w:rPr>
          <w:rFonts w:ascii="Bahnschrift" w:hAnsi="Bahnschrift"/>
          <w:lang w:val="nl-NL"/>
        </w:rPr>
        <w:br/>
      </w:r>
    </w:p>
    <w:p w14:paraId="106685D6" w14:textId="77777777" w:rsidR="009E1C01" w:rsidRPr="000A5C30" w:rsidRDefault="009E1C01" w:rsidP="009E1C01">
      <w:pPr>
        <w:rPr>
          <w:rFonts w:ascii="Bahnschrift" w:hAnsi="Bahnschrift"/>
          <w:lang w:val="nl-NL"/>
        </w:rPr>
      </w:pPr>
      <w:r w:rsidRPr="000A5C30">
        <w:rPr>
          <w:rFonts w:ascii="Bahnschrift" w:hAnsi="Bahnschrift"/>
          <w:lang w:val="nl-NL"/>
        </w:rPr>
        <w:br/>
        <w:t>Gebruik eventueel kleuren, symbolen en sleutelwoorden</w:t>
      </w:r>
      <w:r w:rsidR="007437F3">
        <w:rPr>
          <w:rFonts w:ascii="Bahnschrift" w:hAnsi="Bahnschrift"/>
          <w:lang w:val="nl-NL"/>
        </w:rPr>
        <w:t xml:space="preserve"> of quotes. Maak het persoonlijk.</w:t>
      </w:r>
    </w:p>
    <w:p w14:paraId="48292A99" w14:textId="77777777" w:rsidR="007437F3" w:rsidRDefault="007437F3">
      <w:pPr>
        <w:rPr>
          <w:rFonts w:ascii="Bahnschrift" w:hAnsi="Bahnschrift"/>
          <w:lang w:val="nl-NL"/>
        </w:rPr>
      </w:pPr>
      <w:r>
        <w:rPr>
          <w:rFonts w:ascii="Bahnschrift" w:hAnsi="Bahnschrift"/>
          <w:lang w:val="nl-NL"/>
        </w:rPr>
        <w:br w:type="page"/>
      </w:r>
    </w:p>
    <w:p w14:paraId="6E5410D6" w14:textId="77777777" w:rsidR="00210F7C" w:rsidRPr="000A5C30" w:rsidRDefault="00210F7C" w:rsidP="00210F7C">
      <w:pPr>
        <w:pStyle w:val="Heading1"/>
        <w:spacing w:before="0"/>
        <w:rPr>
          <w:rFonts w:ascii="Bahnschrift" w:hAnsi="Bahnschrift"/>
          <w:color w:val="auto"/>
          <w:sz w:val="22"/>
          <w:szCs w:val="22"/>
          <w:lang w:val="nl-NL"/>
        </w:rPr>
      </w:pPr>
      <w:r w:rsidRPr="000A5C30">
        <w:rPr>
          <w:rFonts w:ascii="Bahnschrift" w:hAnsi="Bahnschrift"/>
          <w:color w:val="auto"/>
          <w:sz w:val="22"/>
          <w:szCs w:val="22"/>
          <w:lang w:val="nl-NL"/>
        </w:rPr>
        <w:lastRenderedPageBreak/>
        <w:t>Reflectieformulier: Jouw Taal, Kwaliteiten en Toekomst</w:t>
      </w:r>
    </w:p>
    <w:p w14:paraId="2A16D91B" w14:textId="77777777" w:rsidR="00210F7C" w:rsidRPr="000A5C30" w:rsidRDefault="00210F7C" w:rsidP="00210F7C">
      <w:pPr>
        <w:rPr>
          <w:rFonts w:ascii="Bahnschrift" w:hAnsi="Bahnschrift"/>
          <w:lang w:val="nl-NL"/>
        </w:rPr>
      </w:pPr>
      <w:r w:rsidRPr="000A5C30">
        <w:rPr>
          <w:rFonts w:ascii="Bahnschrift" w:hAnsi="Bahnschrift"/>
          <w:lang w:val="nl-NL"/>
        </w:rPr>
        <w:t xml:space="preserve">Let op </w:t>
      </w:r>
      <w:r>
        <w:rPr>
          <w:rFonts w:ascii="Bahnschrift" w:hAnsi="Bahnschrift"/>
          <w:lang w:val="nl-NL"/>
        </w:rPr>
        <w:t>deze</w:t>
      </w:r>
      <w:r w:rsidRPr="000A5C30">
        <w:rPr>
          <w:rFonts w:ascii="Bahnschrift" w:hAnsi="Bahnschrift"/>
          <w:lang w:val="nl-NL"/>
        </w:rPr>
        <w:t xml:space="preserve"> 3 aandachtspunten tijdens het schrijven:</w:t>
      </w:r>
    </w:p>
    <w:p w14:paraId="4993A1EC" w14:textId="77777777" w:rsidR="00210F7C" w:rsidRPr="000A5C30" w:rsidRDefault="00210F7C" w:rsidP="00210F7C">
      <w:pPr>
        <w:spacing w:after="0" w:line="240" w:lineRule="auto"/>
        <w:rPr>
          <w:rFonts w:ascii="Bahnschrift" w:hAnsi="Bahnschrift"/>
          <w:lang w:val="nl-NL"/>
        </w:rPr>
      </w:pPr>
      <w:r w:rsidRPr="000A5C30">
        <w:rPr>
          <w:rFonts w:ascii="Bahnschrift" w:hAnsi="Bahnschrift"/>
          <w:lang w:val="nl-NL"/>
        </w:rPr>
        <w:t>1. Duidelijkheid – Schrijf helder en gestructureerd.</w:t>
      </w:r>
    </w:p>
    <w:p w14:paraId="3FB7AEA8" w14:textId="77777777" w:rsidR="00210F7C" w:rsidRPr="000A5C30" w:rsidRDefault="00210F7C" w:rsidP="00210F7C">
      <w:pPr>
        <w:spacing w:after="0" w:line="240" w:lineRule="auto"/>
        <w:rPr>
          <w:rFonts w:ascii="Bahnschrift" w:hAnsi="Bahnschrift"/>
          <w:lang w:val="nl-NL"/>
        </w:rPr>
      </w:pPr>
      <w:r w:rsidRPr="000A5C30">
        <w:rPr>
          <w:rFonts w:ascii="Bahnschrift" w:hAnsi="Bahnschrift"/>
          <w:lang w:val="nl-NL"/>
        </w:rPr>
        <w:t>2. Reflectie – Denk goed na over wat je hebt geleerd en hoe dit bijdraagt aan jouw ontwikkeling.</w:t>
      </w:r>
    </w:p>
    <w:p w14:paraId="04B4274B" w14:textId="77777777" w:rsidR="00210F7C" w:rsidRPr="000A5C30" w:rsidRDefault="00210F7C" w:rsidP="00210F7C">
      <w:pPr>
        <w:spacing w:after="0" w:line="240" w:lineRule="auto"/>
        <w:rPr>
          <w:rFonts w:ascii="Bahnschrift" w:hAnsi="Bahnschrift"/>
          <w:lang w:val="nl-NL"/>
        </w:rPr>
      </w:pPr>
      <w:r w:rsidRPr="000A5C30">
        <w:rPr>
          <w:rFonts w:ascii="Bahnschrift" w:hAnsi="Bahnschrift"/>
          <w:lang w:val="nl-NL"/>
        </w:rPr>
        <w:t>3. Taalgebruik – Let op spelling, zinsbouw en passend woordgebruik.</w:t>
      </w:r>
      <w:r w:rsidRPr="000A5C30">
        <w:rPr>
          <w:rFonts w:ascii="Bahnschrift" w:hAnsi="Bahnschrift"/>
          <w:lang w:val="nl-NL"/>
        </w:rPr>
        <w:br/>
      </w:r>
    </w:p>
    <w:p w14:paraId="0E542DEF" w14:textId="77777777" w:rsidR="00210F7C" w:rsidRPr="000A5C30" w:rsidRDefault="00210F7C" w:rsidP="00210F7C">
      <w:pPr>
        <w:rPr>
          <w:rFonts w:ascii="Bahnschrift" w:hAnsi="Bahnschrift"/>
          <w:lang w:val="nl-NL"/>
        </w:rPr>
      </w:pPr>
      <w:r w:rsidRPr="000A5C30">
        <w:rPr>
          <w:rFonts w:ascii="Bahnschrift" w:hAnsi="Bahnschrift"/>
          <w:lang w:val="nl-NL"/>
        </w:rPr>
        <w:t>1. Wat heb je over jezelf geleerd?</w:t>
      </w:r>
    </w:p>
    <w:p w14:paraId="4E72DA74" w14:textId="77777777" w:rsidR="00210F7C" w:rsidRPr="000A5C30" w:rsidRDefault="00210F7C" w:rsidP="00210F7C">
      <w:pPr>
        <w:rPr>
          <w:rFonts w:ascii="Bahnschrift" w:hAnsi="Bahnschrift"/>
          <w:lang w:val="nl-NL"/>
        </w:rPr>
      </w:pPr>
      <w:r w:rsidRPr="000A5C30">
        <w:rPr>
          <w:rFonts w:ascii="Bahnschrift" w:hAnsi="Bahnschrift"/>
          <w:lang w:val="nl-NL"/>
        </w:rPr>
        <w:t>....................................................................................................................</w:t>
      </w:r>
      <w:r>
        <w:rPr>
          <w:rFonts w:ascii="Bahnschrift" w:hAnsi="Bahnschrift"/>
          <w:lang w:val="nl-NL"/>
        </w:rPr>
        <w:t>..............................................</w:t>
      </w:r>
    </w:p>
    <w:p w14:paraId="27336990" w14:textId="77777777" w:rsidR="00210F7C" w:rsidRPr="000A5C30" w:rsidRDefault="00210F7C" w:rsidP="00210F7C">
      <w:pPr>
        <w:rPr>
          <w:rFonts w:ascii="Bahnschrift" w:hAnsi="Bahnschrift"/>
          <w:lang w:val="nl-NL"/>
        </w:rPr>
      </w:pPr>
      <w:r w:rsidRPr="000A5C30">
        <w:rPr>
          <w:rFonts w:ascii="Bahnschrift" w:hAnsi="Bahnschrift"/>
          <w:lang w:val="nl-NL"/>
        </w:rPr>
        <w:t>...................................................................................................................</w:t>
      </w:r>
      <w:r>
        <w:rPr>
          <w:rFonts w:ascii="Bahnschrift" w:hAnsi="Bahnschrift"/>
          <w:lang w:val="nl-NL"/>
        </w:rPr>
        <w:t>..............................................</w:t>
      </w:r>
      <w:r w:rsidRPr="000A5C30">
        <w:rPr>
          <w:rFonts w:ascii="Bahnschrift" w:hAnsi="Bahnschrift"/>
          <w:lang w:val="nl-NL"/>
        </w:rPr>
        <w:t>.</w:t>
      </w:r>
    </w:p>
    <w:p w14:paraId="7A656F7B" w14:textId="77777777" w:rsidR="00210F7C" w:rsidRPr="000A5C30" w:rsidRDefault="00210F7C" w:rsidP="00210F7C">
      <w:pPr>
        <w:rPr>
          <w:rFonts w:ascii="Bahnschrift" w:hAnsi="Bahnschrift"/>
          <w:lang w:val="nl-NL"/>
        </w:rPr>
      </w:pPr>
      <w:r w:rsidRPr="000A5C30">
        <w:rPr>
          <w:rFonts w:ascii="Bahnschrift" w:hAnsi="Bahnschrift"/>
          <w:lang w:val="nl-NL"/>
        </w:rPr>
        <w:br/>
        <w:t>2. Hoe zie je de rol van Nederlands in jouw toekomst?</w:t>
      </w:r>
    </w:p>
    <w:p w14:paraId="2072CE67" w14:textId="77777777" w:rsidR="00210F7C" w:rsidRPr="000A5C30" w:rsidRDefault="00210F7C" w:rsidP="00210F7C">
      <w:pPr>
        <w:rPr>
          <w:rFonts w:ascii="Bahnschrift" w:hAnsi="Bahnschrift"/>
          <w:lang w:val="nl-NL"/>
        </w:rPr>
      </w:pPr>
      <w:r w:rsidRPr="000A5C30">
        <w:rPr>
          <w:rFonts w:ascii="Bahnschrift" w:hAnsi="Bahnschrift"/>
          <w:lang w:val="nl-NL"/>
        </w:rPr>
        <w:t>...................................................................................................................</w:t>
      </w:r>
      <w:r>
        <w:rPr>
          <w:rFonts w:ascii="Bahnschrift" w:hAnsi="Bahnschrift"/>
          <w:lang w:val="nl-NL"/>
        </w:rPr>
        <w:t>............................................</w:t>
      </w:r>
      <w:r w:rsidRPr="000A5C30">
        <w:rPr>
          <w:rFonts w:ascii="Bahnschrift" w:hAnsi="Bahnschrift"/>
          <w:lang w:val="nl-NL"/>
        </w:rPr>
        <w:t>.</w:t>
      </w:r>
    </w:p>
    <w:p w14:paraId="6F64FDB0" w14:textId="77777777" w:rsidR="00210F7C" w:rsidRPr="000A5C30" w:rsidRDefault="00210F7C" w:rsidP="00210F7C">
      <w:pPr>
        <w:rPr>
          <w:rFonts w:ascii="Bahnschrift" w:hAnsi="Bahnschrift"/>
          <w:lang w:val="nl-NL"/>
        </w:rPr>
      </w:pPr>
      <w:r w:rsidRPr="000A5C30">
        <w:rPr>
          <w:rFonts w:ascii="Bahnschrift" w:hAnsi="Bahnschrift"/>
          <w:lang w:val="nl-NL"/>
        </w:rPr>
        <w:t>....................................................................................................................</w:t>
      </w:r>
      <w:r>
        <w:rPr>
          <w:rFonts w:ascii="Bahnschrift" w:hAnsi="Bahnschrift"/>
          <w:lang w:val="nl-NL"/>
        </w:rPr>
        <w:t>............................................</w:t>
      </w:r>
    </w:p>
    <w:p w14:paraId="10653297" w14:textId="34F74EB2" w:rsidR="00210F7C" w:rsidRPr="000A5C30" w:rsidRDefault="00210F7C" w:rsidP="00210F7C">
      <w:pPr>
        <w:rPr>
          <w:rFonts w:ascii="Bahnschrift" w:hAnsi="Bahnschrift"/>
          <w:lang w:val="nl-NL"/>
        </w:rPr>
      </w:pPr>
      <w:r w:rsidRPr="000A5C30">
        <w:rPr>
          <w:rFonts w:ascii="Bahnschrift" w:hAnsi="Bahnschrift"/>
          <w:lang w:val="nl-NL"/>
        </w:rPr>
        <w:br/>
        <w:t>3. Welke</w:t>
      </w:r>
      <w:r>
        <w:rPr>
          <w:rFonts w:ascii="Bahnschrift" w:hAnsi="Bahnschrift"/>
          <w:lang w:val="nl-NL"/>
        </w:rPr>
        <w:t xml:space="preserve"> </w:t>
      </w:r>
      <w:proofErr w:type="gramStart"/>
      <w:r>
        <w:rPr>
          <w:rFonts w:ascii="Bahnschrift" w:hAnsi="Bahnschrift"/>
          <w:lang w:val="nl-NL"/>
        </w:rPr>
        <w:t xml:space="preserve">eerste </w:t>
      </w:r>
      <w:proofErr w:type="gramEnd"/>
      <w:r w:rsidRPr="000A5C30">
        <w:rPr>
          <w:rFonts w:ascii="Bahnschrift" w:hAnsi="Bahnschrift"/>
          <w:lang w:val="nl-NL"/>
        </w:rPr>
        <w:t>stap kun je zetten om je doelen te bereiken?</w:t>
      </w:r>
    </w:p>
    <w:p w14:paraId="155282D4" w14:textId="77777777" w:rsidR="00210F7C" w:rsidRPr="000A5C30" w:rsidRDefault="00210F7C" w:rsidP="00210F7C">
      <w:pPr>
        <w:rPr>
          <w:rFonts w:ascii="Bahnschrift" w:hAnsi="Bahnschrift"/>
          <w:lang w:val="nl-NL"/>
        </w:rPr>
      </w:pPr>
      <w:r w:rsidRPr="000A5C30">
        <w:rPr>
          <w:rFonts w:ascii="Bahnschrift" w:hAnsi="Bahnschrift"/>
          <w:lang w:val="nl-NL"/>
        </w:rPr>
        <w:t>....................................................................................................................</w:t>
      </w:r>
      <w:r>
        <w:rPr>
          <w:rFonts w:ascii="Bahnschrift" w:hAnsi="Bahnschrift"/>
          <w:lang w:val="nl-NL"/>
        </w:rPr>
        <w:t>...........................................</w:t>
      </w:r>
    </w:p>
    <w:p w14:paraId="1971CCCB" w14:textId="77777777" w:rsidR="00210F7C" w:rsidRPr="000A5C30" w:rsidRDefault="00210F7C" w:rsidP="00210F7C">
      <w:pPr>
        <w:rPr>
          <w:rFonts w:ascii="Bahnschrift" w:hAnsi="Bahnschrift"/>
          <w:lang w:val="nl-NL"/>
        </w:rPr>
      </w:pPr>
      <w:r w:rsidRPr="000A5C30">
        <w:rPr>
          <w:rFonts w:ascii="Bahnschrift" w:hAnsi="Bahnschrift"/>
          <w:lang w:val="nl-NL"/>
        </w:rPr>
        <w:t>....................................................................................................................</w:t>
      </w:r>
      <w:r>
        <w:rPr>
          <w:rFonts w:ascii="Bahnschrift" w:hAnsi="Bahnschrift"/>
          <w:lang w:val="nl-NL"/>
        </w:rPr>
        <w:t>...........................................</w:t>
      </w:r>
    </w:p>
    <w:p w14:paraId="3DCA500D" w14:textId="77777777" w:rsidR="00210F7C" w:rsidRPr="000A5C30" w:rsidRDefault="00210F7C" w:rsidP="00210F7C">
      <w:pPr>
        <w:rPr>
          <w:rFonts w:ascii="Bahnschrift" w:hAnsi="Bahnschrift"/>
          <w:lang w:val="nl-NL"/>
        </w:rPr>
      </w:pPr>
      <w:r w:rsidRPr="000A5C30">
        <w:rPr>
          <w:rFonts w:ascii="Bahnschrift" w:hAnsi="Bahnschrift"/>
          <w:lang w:val="nl-NL"/>
        </w:rPr>
        <w:br/>
        <w:t xml:space="preserve">4. </w:t>
      </w:r>
      <w:r>
        <w:rPr>
          <w:rFonts w:ascii="Bahnschrift" w:hAnsi="Bahnschrift"/>
          <w:lang w:val="nl-NL"/>
        </w:rPr>
        <w:t xml:space="preserve">Weet jij </w:t>
      </w:r>
      <w:r w:rsidRPr="000A5C30">
        <w:rPr>
          <w:rFonts w:ascii="Bahnschrift" w:hAnsi="Bahnschrift"/>
          <w:lang w:val="nl-NL"/>
        </w:rPr>
        <w:t>hoe je overkomt op anderen op basis van keuzes in je eigen taalgebruik (online en offline):</w:t>
      </w:r>
      <w:r>
        <w:rPr>
          <w:rFonts w:ascii="Bahnschrift" w:hAnsi="Bahnschrift"/>
          <w:lang w:val="nl-NL"/>
        </w:rPr>
        <w:t xml:space="preserve"> Reflecteer hierop.</w:t>
      </w:r>
    </w:p>
    <w:p w14:paraId="156DE76E" w14:textId="77777777" w:rsidR="00210F7C" w:rsidRPr="000A5C30" w:rsidRDefault="00210F7C" w:rsidP="00210F7C">
      <w:pPr>
        <w:rPr>
          <w:rFonts w:ascii="Bahnschrift" w:hAnsi="Bahnschrift"/>
        </w:rPr>
      </w:pPr>
      <w:r w:rsidRPr="000A5C30">
        <w:rPr>
          <w:rFonts w:ascii="Bahnschrift" w:hAnsi="Bahnschrift"/>
        </w:rPr>
        <w:t>....................................................................................................................</w:t>
      </w:r>
      <w:r>
        <w:rPr>
          <w:rFonts w:ascii="Bahnschrift" w:hAnsi="Bahnschrift"/>
        </w:rPr>
        <w:t>.............................................</w:t>
      </w:r>
    </w:p>
    <w:p w14:paraId="34541F3C" w14:textId="77777777" w:rsidR="00210F7C" w:rsidRPr="000A5C30" w:rsidRDefault="00210F7C" w:rsidP="00210F7C">
      <w:pPr>
        <w:rPr>
          <w:rFonts w:ascii="Bahnschrift" w:hAnsi="Bahnschrift"/>
        </w:rPr>
      </w:pPr>
      <w:r w:rsidRPr="000A5C30">
        <w:rPr>
          <w:rFonts w:ascii="Bahnschrift" w:hAnsi="Bahnschrift"/>
        </w:rPr>
        <w:t>....................................................................................................................</w:t>
      </w:r>
      <w:r>
        <w:rPr>
          <w:rFonts w:ascii="Bahnschrift" w:hAnsi="Bahnschrift"/>
        </w:rPr>
        <w:t>............................................</w:t>
      </w:r>
    </w:p>
    <w:p w14:paraId="1A3F0416" w14:textId="77777777" w:rsidR="00210F7C" w:rsidRPr="000A5C30" w:rsidRDefault="00210F7C" w:rsidP="00210F7C">
      <w:pPr>
        <w:rPr>
          <w:rFonts w:ascii="Bahnschrift" w:hAnsi="Bahnschrift"/>
          <w:lang w:val="nl-NL"/>
        </w:rPr>
      </w:pPr>
    </w:p>
    <w:p w14:paraId="7E8C77CF" w14:textId="77777777" w:rsidR="00210F7C" w:rsidRPr="000A5C30" w:rsidRDefault="00210F7C" w:rsidP="00210F7C">
      <w:pPr>
        <w:rPr>
          <w:rFonts w:ascii="Bahnschrift" w:hAnsi="Bahnschrift"/>
          <w:lang w:val="nl-NL"/>
        </w:rPr>
      </w:pPr>
    </w:p>
    <w:p w14:paraId="6DDD4CC3" w14:textId="77777777" w:rsidR="009E1C01" w:rsidRPr="009E1C01" w:rsidRDefault="009E1C01" w:rsidP="009A6FA7">
      <w:pPr>
        <w:spacing w:line="240" w:lineRule="auto"/>
        <w:rPr>
          <w:rFonts w:ascii="Bahnschrift" w:hAnsi="Bahnschrift"/>
          <w:lang w:val="nl-NL"/>
        </w:rPr>
      </w:pPr>
    </w:p>
    <w:sectPr w:rsidR="009E1C01" w:rsidRPr="009E1C0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75702585">
    <w:abstractNumId w:val="8"/>
  </w:num>
  <w:num w:numId="2" w16cid:durableId="586185653">
    <w:abstractNumId w:val="6"/>
  </w:num>
  <w:num w:numId="3" w16cid:durableId="445471230">
    <w:abstractNumId w:val="5"/>
  </w:num>
  <w:num w:numId="4" w16cid:durableId="927470855">
    <w:abstractNumId w:val="4"/>
  </w:num>
  <w:num w:numId="5" w16cid:durableId="1516505144">
    <w:abstractNumId w:val="7"/>
  </w:num>
  <w:num w:numId="6" w16cid:durableId="384988379">
    <w:abstractNumId w:val="3"/>
  </w:num>
  <w:num w:numId="7" w16cid:durableId="1873807069">
    <w:abstractNumId w:val="2"/>
  </w:num>
  <w:num w:numId="8" w16cid:durableId="1257791166">
    <w:abstractNumId w:val="1"/>
  </w:num>
  <w:num w:numId="9" w16cid:durableId="1446802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669DF"/>
    <w:rsid w:val="00210F7C"/>
    <w:rsid w:val="00221B7D"/>
    <w:rsid w:val="0029639D"/>
    <w:rsid w:val="002C42F8"/>
    <w:rsid w:val="00326F90"/>
    <w:rsid w:val="00680F7F"/>
    <w:rsid w:val="00697710"/>
    <w:rsid w:val="006B11C5"/>
    <w:rsid w:val="007437F3"/>
    <w:rsid w:val="009A6FA7"/>
    <w:rsid w:val="009E1C01"/>
    <w:rsid w:val="00AA1D8D"/>
    <w:rsid w:val="00B47730"/>
    <w:rsid w:val="00CB0664"/>
    <w:rsid w:val="00F33F21"/>
    <w:rsid w:val="00F442BA"/>
    <w:rsid w:val="00FB67E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CB666A"/>
  <w14:defaultImageDpi w14:val="300"/>
  <w15:docId w15:val="{0F84BC51-8B7F-4FBF-8245-DB0358FBF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7048E71-F5A8-49AE-91AD-54383E168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968</Words>
  <Characters>5325</Characters>
  <Application>Microsoft Office Word</Application>
  <DocSecurity>0</DocSecurity>
  <Lines>44</Lines>
  <Paragraphs>12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Koppen</vt:lpstr>
      </vt:variant>
      <vt:variant>
        <vt:i4>10</vt:i4>
      </vt:variant>
      <vt:variant>
        <vt:lpstr>Title</vt:lpstr>
      </vt:variant>
      <vt:variant>
        <vt:i4>1</vt:i4>
      </vt:variant>
    </vt:vector>
  </HeadingPairs>
  <TitlesOfParts>
    <vt:vector size="12" baseType="lpstr">
      <vt:lpstr/>
      <vt:lpstr>Start Bijlage 0 Lesplan: Les 2 Jouw Hoodie – Invloed over de Gouden Loper</vt:lpstr>
      <vt:lpstr>.</vt:lpstr>
      <vt:lpstr>Toelichting lesplan – Jouw Hoodie van Invloed (Les 2)</vt:lpstr>
      <vt:lpstr>        1. Introductie – De Gouden Loper (10 minuten) - Leerlingen worden welkom geheten</vt:lpstr>
      <vt:lpstr>        2. Creatie: Ontwerp jouw Hoodie van Invloed (20 minuten)</vt:lpstr>
      <vt:lpstr>        3. Presentatie: Over de Gouden Loper (20 minuten)</vt:lpstr>
      <vt:lpstr>        4. Reflectie en afsluiting (10 minuten)</vt:lpstr>
      <vt:lpstr>    Beoordeling gespreksvaardigheid</vt:lpstr>
      <vt:lpstr>Bijlage 3: Werkblad 2: Jouw eigen ontwerp van de Hoodie van Invloed </vt:lpstr>
      <vt:lpstr>Reflectieformulier: Jouw Taal, Kwaliteiten en Toekomst</vt:lpstr>
      <vt:lpstr/>
    </vt:vector>
  </TitlesOfParts>
  <Manager/>
  <Company/>
  <LinksUpToDate>false</LinksUpToDate>
  <CharactersWithSpaces>6281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nweeling</dc:creator>
  <cp:keywords/>
  <dc:description>generated by python-docx</dc:description>
  <cp:lastModifiedBy>ano</cp:lastModifiedBy>
  <cp:revision>2</cp:revision>
  <dcterms:created xsi:type="dcterms:W3CDTF">2025-05-04T09:59:00Z</dcterms:created>
  <dcterms:modified xsi:type="dcterms:W3CDTF">2025-05-04T09:59:00Z</dcterms:modified>
  <cp:category/>
</cp:coreProperties>
</file>